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4B3" w:rsidRPr="00104F06" w:rsidRDefault="008634B3" w:rsidP="00104F06">
      <w:pPr>
        <w:spacing w:after="0" w:line="240" w:lineRule="auto"/>
        <w:jc w:val="center"/>
        <w:rPr>
          <w:noProof/>
          <w:sz w:val="22"/>
        </w:rPr>
      </w:pPr>
      <w:r w:rsidRPr="00104F06">
        <w:rPr>
          <w:noProof/>
          <w:sz w:val="22"/>
        </w:rPr>
        <w:t xml:space="preserve"> </w:t>
      </w:r>
      <w:r w:rsidRPr="00104F06">
        <w:rPr>
          <w:noProof/>
          <w:sz w:val="22"/>
          <w:lang w:bidi="si-LK"/>
        </w:rPr>
        <w:drawing>
          <wp:inline distT="0" distB="0" distL="0" distR="0" wp14:anchorId="5596C402" wp14:editId="13EA6F53">
            <wp:extent cx="542925" cy="609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04F06">
        <w:rPr>
          <w:noProof/>
          <w:sz w:val="22"/>
        </w:rPr>
        <w:t xml:space="preserve"> </w:t>
      </w:r>
      <w:bookmarkStart w:id="0" w:name="_GoBack"/>
      <w:bookmarkEnd w:id="0"/>
    </w:p>
    <w:p w:rsidR="008410E5" w:rsidRPr="00104F06" w:rsidRDefault="008634B3" w:rsidP="00104F06">
      <w:pPr>
        <w:spacing w:after="0" w:line="240" w:lineRule="auto"/>
        <w:rPr>
          <w:rFonts w:ascii="Times New Roman" w:hAnsi="Times New Roman" w:cs="Times New Roman"/>
          <w:b/>
          <w:bCs/>
          <w:sz w:val="22"/>
        </w:rPr>
      </w:pPr>
      <w:r w:rsidRPr="00104F06">
        <w:rPr>
          <w:rFonts w:ascii="Arial Narrow" w:hAnsi="Arial Narrow" w:cs="Nirmala UI"/>
          <w:b/>
          <w:bCs/>
          <w:sz w:val="22"/>
          <w:lang w:bidi="si-LK"/>
        </w:rPr>
        <w:t xml:space="preserve">                                                        </w:t>
      </w:r>
      <w:r w:rsidRPr="00104F06">
        <w:rPr>
          <w:rFonts w:ascii="Arial Narrow" w:hAnsi="Arial Narrow" w:cs="Nirmala UI" w:hint="cs"/>
          <w:b/>
          <w:bCs/>
          <w:sz w:val="22"/>
          <w:cs/>
          <w:lang w:bidi="si-LK"/>
        </w:rPr>
        <w:t>ශ්‍රී</w:t>
      </w:r>
      <w:r w:rsidRPr="00104F06">
        <w:rPr>
          <w:rFonts w:ascii="Times New Roman" w:hAnsi="Times New Roman" w:cs="Times New Roman"/>
          <w:b/>
          <w:bCs/>
          <w:sz w:val="22"/>
          <w:lang w:bidi="si-LK"/>
        </w:rPr>
        <w:t xml:space="preserve">  </w:t>
      </w:r>
      <w:r w:rsidRPr="00104F06">
        <w:rPr>
          <w:rFonts w:ascii="Nirmala UI" w:hAnsi="Nirmala UI" w:cs="Nirmala UI" w:hint="cs"/>
          <w:b/>
          <w:bCs/>
          <w:sz w:val="22"/>
          <w:cs/>
          <w:lang w:bidi="si-LK"/>
        </w:rPr>
        <w:t>ලංකා</w:t>
      </w:r>
      <w:r w:rsidRPr="00104F06">
        <w:rPr>
          <w:rFonts w:ascii="Times New Roman" w:hAnsi="Times New Roman" w:cs="Times New Roman"/>
          <w:b/>
          <w:bCs/>
          <w:sz w:val="22"/>
        </w:rPr>
        <w:t xml:space="preserve"> </w:t>
      </w:r>
      <w:r w:rsidRPr="00104F06">
        <w:rPr>
          <w:rFonts w:ascii="Nirmala UI" w:hAnsi="Nirmala UI" w:cs="Nirmala UI" w:hint="cs"/>
          <w:b/>
          <w:bCs/>
          <w:sz w:val="22"/>
          <w:cs/>
          <w:lang w:bidi="si-LK"/>
        </w:rPr>
        <w:t>අපනයන</w:t>
      </w:r>
      <w:r w:rsidRPr="00104F06">
        <w:rPr>
          <w:rFonts w:ascii="Times New Roman" w:hAnsi="Times New Roman" w:cs="Times New Roman"/>
          <w:b/>
          <w:bCs/>
          <w:sz w:val="22"/>
        </w:rPr>
        <w:t xml:space="preserve"> </w:t>
      </w:r>
      <w:r w:rsidRPr="00104F06">
        <w:rPr>
          <w:rFonts w:ascii="Nirmala UI" w:hAnsi="Nirmala UI" w:cs="Nirmala UI" w:hint="cs"/>
          <w:b/>
          <w:bCs/>
          <w:sz w:val="22"/>
          <w:cs/>
          <w:lang w:bidi="si-LK"/>
        </w:rPr>
        <w:t>සංවර්ධන</w:t>
      </w:r>
      <w:r w:rsidRPr="00104F06">
        <w:rPr>
          <w:rFonts w:ascii="Times New Roman" w:hAnsi="Times New Roman" w:cs="Times New Roman"/>
          <w:b/>
          <w:bCs/>
          <w:sz w:val="22"/>
        </w:rPr>
        <w:t xml:space="preserve"> </w:t>
      </w:r>
      <w:r w:rsidRPr="00104F06">
        <w:rPr>
          <w:rFonts w:ascii="Nirmala UI" w:hAnsi="Nirmala UI" w:cs="Nirmala UI" w:hint="cs"/>
          <w:b/>
          <w:bCs/>
          <w:sz w:val="22"/>
          <w:cs/>
          <w:lang w:bidi="si-LK"/>
        </w:rPr>
        <w:t>මණ්ඩලය</w:t>
      </w:r>
    </w:p>
    <w:p w:rsidR="008410E5" w:rsidRPr="00104F06" w:rsidRDefault="008634B3" w:rsidP="00104F06">
      <w:pPr>
        <w:spacing w:after="0" w:line="240" w:lineRule="auto"/>
        <w:jc w:val="center"/>
        <w:rPr>
          <w:sz w:val="22"/>
          <w:lang w:bidi="si-LK"/>
        </w:rPr>
      </w:pPr>
      <w:r w:rsidRPr="00104F06">
        <w:rPr>
          <w:rFonts w:ascii="Nirmala UI" w:hAnsi="Nirmala UI" w:cs="Nirmala UI" w:hint="cs"/>
          <w:b/>
          <w:bCs/>
          <w:sz w:val="22"/>
          <w:cs/>
          <w:lang w:bidi="si-LK"/>
        </w:rPr>
        <w:t>අයදුම්පත</w:t>
      </w:r>
    </w:p>
    <w:p w:rsidR="00404921" w:rsidRPr="00404921" w:rsidRDefault="00404921" w:rsidP="00104F06">
      <w:pPr>
        <w:spacing w:after="0" w:line="240" w:lineRule="auto"/>
        <w:jc w:val="center"/>
        <w:rPr>
          <w:rFonts w:ascii="Nirmala UI" w:hAnsi="Nirmala UI" w:cs="Nirmala UI"/>
          <w:b/>
          <w:bCs/>
          <w:sz w:val="22"/>
          <w:lang w:bidi="si-LK"/>
        </w:rPr>
      </w:pPr>
      <w:r w:rsidRPr="00404921">
        <w:rPr>
          <w:rFonts w:ascii="Nirmala UI" w:hAnsi="Nirmala UI" w:cs="Nirmala UI"/>
          <w:b/>
          <w:bCs/>
          <w:sz w:val="22"/>
          <w:cs/>
        </w:rPr>
        <w:t>අ</w:t>
      </w:r>
      <w:r w:rsidRPr="00404921">
        <w:rPr>
          <w:rFonts w:ascii="Nirmala UI" w:hAnsi="Nirmala UI" w:cs="Nirmala UI" w:hint="cs"/>
          <w:b/>
          <w:bCs/>
          <w:sz w:val="22"/>
          <w:cs/>
          <w:lang w:bidi="si-LK"/>
        </w:rPr>
        <w:t xml:space="preserve">ධ්‍යයන නියෝජිත පිරිස් </w:t>
      </w:r>
      <w:r w:rsidRPr="00404921">
        <w:rPr>
          <w:rFonts w:ascii="Nirmala UI" w:hAnsi="Nirmala UI" w:cs="Nirmala UI"/>
          <w:b/>
          <w:bCs/>
          <w:sz w:val="22"/>
          <w:cs/>
        </w:rPr>
        <w:t>චා</w:t>
      </w:r>
      <w:r w:rsidRPr="00404921">
        <w:rPr>
          <w:rFonts w:ascii="Nirmala UI" w:hAnsi="Nirmala UI" w:cs="Nirmala UI" w:hint="cs"/>
          <w:b/>
          <w:bCs/>
          <w:sz w:val="22"/>
          <w:cs/>
          <w:lang w:bidi="si-LK"/>
        </w:rPr>
        <w:t>රි</w:t>
      </w:r>
      <w:r w:rsidRPr="00404921">
        <w:rPr>
          <w:rFonts w:ascii="Nirmala UI" w:hAnsi="Nirmala UI" w:cs="Nirmala UI"/>
          <w:b/>
          <w:bCs/>
          <w:sz w:val="22"/>
          <w:cs/>
        </w:rPr>
        <w:t>කාව</w:t>
      </w:r>
    </w:p>
    <w:p w:rsidR="008410E5" w:rsidRPr="00104F06" w:rsidRDefault="008634B3" w:rsidP="00104F06">
      <w:pPr>
        <w:spacing w:after="0" w:line="240" w:lineRule="auto"/>
        <w:jc w:val="center"/>
        <w:rPr>
          <w:rFonts w:ascii="Times New Roman" w:hAnsi="Times New Roman" w:cs="Times New Roman"/>
          <w:sz w:val="22"/>
        </w:rPr>
      </w:pPr>
      <w:r w:rsidRPr="00104F06">
        <w:rPr>
          <w:rFonts w:ascii="Times New Roman" w:hAnsi="Times New Roman" w:cs="Times New Roman"/>
          <w:b/>
          <w:sz w:val="22"/>
        </w:rPr>
        <w:t xml:space="preserve">2026 </w:t>
      </w:r>
      <w:r w:rsidRPr="00104F06">
        <w:rPr>
          <w:rFonts w:ascii="Nirmala UI" w:hAnsi="Nirmala UI" w:cs="Nirmala UI" w:hint="cs"/>
          <w:b/>
          <w:bCs/>
          <w:sz w:val="22"/>
          <w:cs/>
          <w:lang w:bidi="si-LK"/>
        </w:rPr>
        <w:t>නොවැම්බර්</w:t>
      </w:r>
      <w:r w:rsidRPr="00104F06">
        <w:rPr>
          <w:rFonts w:ascii="Times New Roman" w:hAnsi="Times New Roman" w:cs="Times New Roman"/>
          <w:b/>
          <w:sz w:val="22"/>
        </w:rPr>
        <w:t xml:space="preserve"> 01 </w:t>
      </w:r>
      <w:r w:rsidRPr="00104F06">
        <w:rPr>
          <w:rFonts w:ascii="Nirmala UI" w:hAnsi="Nirmala UI" w:cs="Nirmala UI" w:hint="cs"/>
          <w:b/>
          <w:bCs/>
          <w:sz w:val="22"/>
          <w:cs/>
          <w:lang w:bidi="si-LK"/>
        </w:rPr>
        <w:t>සිට</w:t>
      </w:r>
      <w:r w:rsidRPr="00104F06">
        <w:rPr>
          <w:rFonts w:ascii="Times New Roman" w:hAnsi="Times New Roman" w:cs="Times New Roman"/>
          <w:b/>
          <w:sz w:val="22"/>
        </w:rPr>
        <w:t xml:space="preserve"> 10 </w:t>
      </w:r>
      <w:r w:rsidRPr="00104F06">
        <w:rPr>
          <w:rFonts w:ascii="Nirmala UI" w:hAnsi="Nirmala UI" w:cs="Nirmala UI" w:hint="cs"/>
          <w:b/>
          <w:bCs/>
          <w:sz w:val="22"/>
          <w:cs/>
          <w:lang w:bidi="si-LK"/>
        </w:rPr>
        <w:t>දක්වා</w:t>
      </w:r>
    </w:p>
    <w:p w:rsidR="008410E5" w:rsidRPr="00104F06" w:rsidRDefault="008410E5" w:rsidP="00104F06">
      <w:pPr>
        <w:spacing w:after="0" w:line="240" w:lineRule="auto"/>
        <w:rPr>
          <w:rFonts w:ascii="Times New Roman" w:hAnsi="Times New Roman" w:cs="Times New Roman"/>
          <w:sz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9749"/>
      </w:tblGrid>
      <w:tr w:rsidR="008410E5" w:rsidRPr="00104F06" w:rsidTr="00104F06">
        <w:trPr>
          <w:trHeight w:val="1730"/>
          <w:jc w:val="center"/>
        </w:trPr>
        <w:tc>
          <w:tcPr>
            <w:tcW w:w="720" w:type="dxa"/>
            <w:tcBorders>
              <w:right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410E5" w:rsidRPr="00104F06" w:rsidRDefault="008634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Times New Roman" w:hAnsi="Times New Roman" w:cs="Times New Roman"/>
                <w:b/>
                <w:sz w:val="22"/>
              </w:rPr>
              <w:t>01</w:t>
            </w:r>
          </w:p>
        </w:tc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634B3" w:rsidRPr="00104F06" w:rsidRDefault="008634B3" w:rsidP="008634B3">
            <w:pPr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සමාගමේ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නම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►</w:t>
            </w:r>
          </w:p>
          <w:p w:rsidR="008410E5" w:rsidRPr="00104F06" w:rsidRDefault="008634B3" w:rsidP="008634B3">
            <w:pPr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ලිපිනය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►</w:t>
            </w:r>
            <w:r w:rsidRPr="00104F06">
              <w:rPr>
                <w:rFonts w:ascii="Times New Roman" w:hAnsi="Times New Roman" w:cs="Times New Roman"/>
                <w:sz w:val="22"/>
              </w:rPr>
              <w:br/>
            </w:r>
            <w:r w:rsidRPr="00104F06">
              <w:rPr>
                <w:rFonts w:ascii="Times New Roman" w:hAnsi="Times New Roman" w:cs="Times New Roman"/>
                <w:sz w:val="22"/>
              </w:rPr>
              <w:br/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දුරකථන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►</w:t>
            </w:r>
            <w:r w:rsidR="0045353B">
              <w:rPr>
                <w:rFonts w:ascii="Times New Roman" w:hAnsi="Times New Roman" w:cs="Times New Roman"/>
                <w:sz w:val="22"/>
              </w:rPr>
              <w:t xml:space="preserve">                           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ෆැක්ස්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►                               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විද්</w:t>
            </w:r>
            <w:r w:rsidRPr="00104F06">
              <w:rPr>
                <w:rFonts w:ascii="Times New Roman" w:hAnsi="Times New Roman" w:cs="Times New Roman"/>
                <w:sz w:val="22"/>
              </w:rPr>
              <w:t>‍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යුත්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තැපෑල</w:t>
            </w:r>
            <w:r w:rsidR="00104F06">
              <w:rPr>
                <w:rFonts w:ascii="Times New Roman" w:hAnsi="Times New Roman" w:cs="Times New Roman"/>
                <w:sz w:val="22"/>
              </w:rPr>
              <w:t xml:space="preserve"> ►</w:t>
            </w:r>
          </w:p>
        </w:tc>
      </w:tr>
      <w:tr w:rsidR="008410E5" w:rsidRPr="00104F06" w:rsidTr="008634B3">
        <w:trPr>
          <w:jc w:val="center"/>
        </w:trPr>
        <w:tc>
          <w:tcPr>
            <w:tcW w:w="7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410E5" w:rsidRPr="00104F06" w:rsidRDefault="008634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Times New Roman" w:hAnsi="Times New Roman" w:cs="Times New Roman"/>
                <w:b/>
                <w:sz w:val="22"/>
              </w:rPr>
              <w:t>02</w:t>
            </w:r>
          </w:p>
        </w:tc>
        <w:tc>
          <w:tcPr>
            <w:tcW w:w="9749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410E5" w:rsidRDefault="00404921" w:rsidP="0040492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404921">
              <w:rPr>
                <w:rFonts w:ascii="Nirmala UI" w:hAnsi="Nirmala UI" w:cs="Nirmala UI"/>
                <w:sz w:val="22"/>
                <w:cs/>
              </w:rPr>
              <w:t>අ</w:t>
            </w:r>
            <w:r w:rsidRPr="00404921">
              <w:rPr>
                <w:rFonts w:ascii="Nirmala UI" w:hAnsi="Nirmala UI" w:cs="Nirmala UI" w:hint="cs"/>
                <w:sz w:val="22"/>
                <w:cs/>
                <w:lang w:bidi="si-LK"/>
              </w:rPr>
              <w:t xml:space="preserve">ධ්‍යයන නියෝජිත පිරිස් </w:t>
            </w:r>
            <w:r w:rsidRPr="00404921">
              <w:rPr>
                <w:rFonts w:ascii="Nirmala UI" w:hAnsi="Nirmala UI" w:cs="Nirmala UI"/>
                <w:sz w:val="22"/>
                <w:cs/>
              </w:rPr>
              <w:t>චා</w:t>
            </w:r>
            <w:r w:rsidRPr="00404921">
              <w:rPr>
                <w:rFonts w:ascii="Nirmala UI" w:hAnsi="Nirmala UI" w:cs="Nirmala UI" w:hint="cs"/>
                <w:sz w:val="22"/>
                <w:cs/>
                <w:lang w:bidi="si-LK"/>
              </w:rPr>
              <w:t>රි</w:t>
            </w:r>
            <w:r w:rsidRPr="00404921">
              <w:rPr>
                <w:rFonts w:ascii="Nirmala UI" w:hAnsi="Nirmala UI" w:cs="Nirmala UI"/>
                <w:sz w:val="22"/>
                <w:cs/>
              </w:rPr>
              <w:t>කාව</w:t>
            </w:r>
            <w:r w:rsidRPr="00404921">
              <w:rPr>
                <w:rFonts w:ascii="Nirmala UI" w:hAnsi="Nirmala UI" w:cs="Nirmala UI" w:hint="cs"/>
                <w:sz w:val="22"/>
                <w:cs/>
                <w:lang w:bidi="si-LK"/>
              </w:rPr>
              <w:t>ට</w:t>
            </w:r>
            <w:r>
              <w:rPr>
                <w:rFonts w:ascii="Nirmala UI" w:hAnsi="Nirmala UI" w:cs="Nirmala UI" w:hint="cs"/>
                <w:b/>
                <w:bCs/>
                <w:sz w:val="22"/>
                <w:cs/>
                <w:lang w:bidi="si-LK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අදාළව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සම්බන්ධ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කරගත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හැකි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තැනැත්තාගේ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නම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,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තනතුර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සහ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දුරකථන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අංකය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►</w:t>
            </w:r>
          </w:p>
          <w:p w:rsidR="00104F06" w:rsidRPr="00104F06" w:rsidRDefault="00104F0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8410E5" w:rsidRPr="00104F06">
        <w:trPr>
          <w:jc w:val="center"/>
        </w:trPr>
        <w:tc>
          <w:tcPr>
            <w:tcW w:w="7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410E5" w:rsidRPr="00104F06" w:rsidRDefault="008634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Times New Roman" w:hAnsi="Times New Roman" w:cs="Times New Roman"/>
                <w:b/>
                <w:sz w:val="22"/>
              </w:rPr>
              <w:t>03</w:t>
            </w:r>
          </w:p>
        </w:tc>
        <w:tc>
          <w:tcPr>
            <w:tcW w:w="974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5353B" w:rsidRDefault="008634B3" w:rsidP="0045353B">
            <w:pPr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අයදුම්කරුගේ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වර්ගීකරණය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▼ (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අදාළ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සියලුම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කොටු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සඳහා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ලකුණු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කරන්න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) </w:t>
            </w:r>
            <w:r w:rsidRPr="00104F06">
              <w:rPr>
                <w:rFonts w:ascii="Times New Roman" w:hAnsi="Times New Roman" w:cs="Times New Roman"/>
                <w:sz w:val="22"/>
              </w:rPr>
              <w:br/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ජලජීවී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වගා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අභිජනනාගාර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/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පැටවුන්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බිහි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කිරීමේ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45353B">
              <w:rPr>
                <w:rFonts w:ascii="Nirmala UI" w:hAnsi="Nirmala UI" w:cs="Nirmala UI" w:hint="cs"/>
                <w:sz w:val="22"/>
                <w:cs/>
                <w:lang w:bidi="si-LK"/>
              </w:rPr>
              <w:t>මධ්‍ය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ස්ථාන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මෙහෙයවන්නා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  </w:t>
            </w:r>
            <w:r w:rsidRPr="00104F06">
              <w:rPr>
                <w:rFonts w:ascii="Segoe UI Symbol" w:hAnsi="Segoe UI Symbol" w:cs="Segoe UI Symbol"/>
                <w:sz w:val="22"/>
              </w:rPr>
              <w:t>☐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45353B" w:rsidRDefault="008634B3" w:rsidP="0045353B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ජලජීවී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වගා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ගොවියා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/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නිෂ්පාදකයා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  </w:t>
            </w:r>
            <w:r w:rsidRPr="00104F06">
              <w:rPr>
                <w:rFonts w:ascii="Segoe UI Symbol" w:hAnsi="Segoe UI Symbol" w:cs="Segoe UI Symbol"/>
                <w:sz w:val="22"/>
              </w:rPr>
              <w:t>☐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45353B" w:rsidRDefault="008634B3" w:rsidP="0045353B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සාගර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ආහාර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/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ජලජීවී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වගා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අපනයනකරු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  </w:t>
            </w:r>
            <w:r w:rsidRPr="00104F06">
              <w:rPr>
                <w:rFonts w:ascii="Segoe UI Symbol" w:hAnsi="Segoe UI Symbol" w:cs="Segoe UI Symbol"/>
                <w:sz w:val="22"/>
              </w:rPr>
              <w:t>☐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45353B" w:rsidRDefault="008634B3" w:rsidP="0045353B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සාගර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ආහාර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සැකසුම්කරු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/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අගය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එකතු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කරන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ලද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නිෂ්පාදන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නිෂ්පාදකයා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  </w:t>
            </w:r>
            <w:r w:rsidRPr="00104F06">
              <w:rPr>
                <w:rFonts w:ascii="Segoe UI Symbol" w:hAnsi="Segoe UI Symbol" w:cs="Segoe UI Symbol"/>
                <w:sz w:val="22"/>
              </w:rPr>
              <w:t>☐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45353B" w:rsidRDefault="008634B3" w:rsidP="0045353B">
            <w:pPr>
              <w:spacing w:after="0"/>
              <w:rPr>
                <w:rFonts w:ascii="Segoe UI Symbol" w:hAnsi="Segoe UI Symbol" w:cs="Segoe UI Symbol"/>
                <w:sz w:val="22"/>
              </w:rPr>
            </w:pP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ආයෝජකයා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/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විභව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ආයෝජකයා</w:t>
            </w:r>
            <w:r w:rsidR="0045353B">
              <w:rPr>
                <w:rFonts w:ascii="Nirmala UI" w:hAnsi="Nirmala UI" w:cs="Nirmala UI" w:hint="cs"/>
                <w:sz w:val="22"/>
                <w:cs/>
                <w:lang w:bidi="si-LK"/>
              </w:rPr>
              <w:t xml:space="preserve"> </w:t>
            </w:r>
            <w:r w:rsidR="0045353B" w:rsidRPr="00104F06">
              <w:rPr>
                <w:rFonts w:ascii="Segoe UI Symbol" w:hAnsi="Segoe UI Symbol" w:cs="Segoe UI Symbol"/>
                <w:sz w:val="22"/>
              </w:rPr>
              <w:t>☐</w:t>
            </w:r>
          </w:p>
          <w:p w:rsidR="008410E5" w:rsidRPr="00104F06" w:rsidRDefault="008634B3" w:rsidP="0045353B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වෙනත්</w:t>
            </w:r>
            <w:r w:rsidRPr="00104F06">
              <w:rPr>
                <w:rFonts w:ascii="Times New Roman" w:hAnsi="Times New Roman" w:cs="Times New Roman"/>
                <w:sz w:val="22"/>
              </w:rPr>
              <w:t>: ______________</w:t>
            </w:r>
          </w:p>
        </w:tc>
      </w:tr>
      <w:tr w:rsidR="008410E5" w:rsidRPr="00104F06">
        <w:trPr>
          <w:jc w:val="center"/>
        </w:trPr>
        <w:tc>
          <w:tcPr>
            <w:tcW w:w="7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410E5" w:rsidRPr="00104F06" w:rsidRDefault="008634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Times New Roman" w:hAnsi="Times New Roman" w:cs="Times New Roman"/>
                <w:b/>
                <w:sz w:val="22"/>
              </w:rPr>
              <w:t>04</w:t>
            </w:r>
          </w:p>
        </w:tc>
        <w:tc>
          <w:tcPr>
            <w:tcW w:w="974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410E5" w:rsidRPr="00104F06" w:rsidRDefault="008634B3" w:rsidP="0045353B">
            <w:pPr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ඉලක්කගත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104F06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 xml:space="preserve">මත්ස්‍ය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විශේෂ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► Milkfish  </w:t>
            </w:r>
            <w:r w:rsidRPr="00104F06">
              <w:rPr>
                <w:rFonts w:ascii="Segoe UI Symbol" w:hAnsi="Segoe UI Symbol" w:cs="Segoe UI Symbol"/>
                <w:sz w:val="22"/>
              </w:rPr>
              <w:t>☐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45353B">
              <w:rPr>
                <w:rFonts w:ascii="Times New Roman" w:hAnsi="Times New Roman" w:cs="Times New Roman"/>
                <w:sz w:val="22"/>
              </w:rPr>
              <w:t>Barramundi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  </w:t>
            </w:r>
            <w:r w:rsidRPr="00104F06">
              <w:rPr>
                <w:rFonts w:ascii="Segoe UI Symbol" w:hAnsi="Segoe UI Symbol" w:cs="Segoe UI Symbol"/>
                <w:sz w:val="22"/>
              </w:rPr>
              <w:t>☐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Grouper)   </w:t>
            </w:r>
            <w:r w:rsidRPr="00104F06">
              <w:rPr>
                <w:rFonts w:ascii="Segoe UI Symbol" w:hAnsi="Segoe UI Symbol" w:cs="Segoe UI Symbol"/>
                <w:sz w:val="22"/>
              </w:rPr>
              <w:t>☐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වෙනත්</w:t>
            </w:r>
            <w:r w:rsidRPr="00104F06">
              <w:rPr>
                <w:rFonts w:ascii="Times New Roman" w:hAnsi="Times New Roman" w:cs="Times New Roman"/>
                <w:sz w:val="22"/>
              </w:rPr>
              <w:t>: ______________</w:t>
            </w:r>
          </w:p>
        </w:tc>
      </w:tr>
      <w:tr w:rsidR="008410E5" w:rsidRPr="00104F06" w:rsidTr="00813351">
        <w:trPr>
          <w:trHeight w:val="785"/>
          <w:jc w:val="center"/>
        </w:trPr>
        <w:tc>
          <w:tcPr>
            <w:tcW w:w="7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410E5" w:rsidRPr="00104F06" w:rsidRDefault="008634B3" w:rsidP="00813351">
            <w:pPr>
              <w:spacing w:after="0"/>
              <w:jc w:val="center"/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Times New Roman" w:hAnsi="Times New Roman" w:cs="Times New Roman"/>
                <w:b/>
                <w:sz w:val="22"/>
              </w:rPr>
              <w:t>05</w:t>
            </w:r>
          </w:p>
        </w:tc>
        <w:tc>
          <w:tcPr>
            <w:tcW w:w="974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13351" w:rsidRDefault="008634B3" w:rsidP="00813351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ධීවර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/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ජලජීවී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වගා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104F06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ක්ෂේත්‍ර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යේ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අත්දැකීම්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කාලය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► ________</w:t>
            </w:r>
            <w:r w:rsidRPr="00104F06">
              <w:rPr>
                <w:rFonts w:ascii="Times New Roman" w:hAnsi="Times New Roman" w:cs="Times New Roman"/>
                <w:sz w:val="22"/>
              </w:rPr>
              <w:br/>
            </w:r>
            <w:r w:rsidR="00104F06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ව්‍යාපා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රයේ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ස්වභාවය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— </w:t>
            </w:r>
            <w:r w:rsidR="00104F06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ප්‍ර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ධාන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104F06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ව්‍යා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පාරික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කටයුතු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►</w:t>
            </w:r>
          </w:p>
          <w:p w:rsidR="008410E5" w:rsidRPr="00813351" w:rsidRDefault="00813351" w:rsidP="00813351">
            <w:pPr>
              <w:tabs>
                <w:tab w:val="left" w:pos="435"/>
              </w:tabs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ab/>
            </w:r>
          </w:p>
        </w:tc>
      </w:tr>
      <w:tr w:rsidR="008410E5" w:rsidRPr="00104F06">
        <w:trPr>
          <w:jc w:val="center"/>
        </w:trPr>
        <w:tc>
          <w:tcPr>
            <w:tcW w:w="7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410E5" w:rsidRPr="00104F06" w:rsidRDefault="008634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Times New Roman" w:hAnsi="Times New Roman" w:cs="Times New Roman"/>
                <w:b/>
                <w:sz w:val="22"/>
              </w:rPr>
              <w:t>06</w:t>
            </w:r>
          </w:p>
        </w:tc>
        <w:tc>
          <w:tcPr>
            <w:tcW w:w="974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410E5" w:rsidRPr="00104F06" w:rsidRDefault="008634B3">
            <w:pPr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b/>
                <w:bCs/>
                <w:sz w:val="22"/>
                <w:cs/>
                <w:lang w:bidi="si-LK"/>
              </w:rPr>
              <w:t>නිෂ්පාදන</w:t>
            </w:r>
            <w:r w:rsidRPr="00104F06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b/>
                <w:bCs/>
                <w:sz w:val="22"/>
                <w:cs/>
                <w:lang w:bidi="si-LK"/>
              </w:rPr>
              <w:t>ධාරිතාව</w:t>
            </w:r>
            <w:r w:rsidRPr="00104F06">
              <w:rPr>
                <w:rFonts w:ascii="Times New Roman" w:hAnsi="Times New Roman" w:cs="Times New Roman"/>
                <w:b/>
                <w:sz w:val="22"/>
              </w:rPr>
              <w:t xml:space="preserve"> ▼</w:t>
            </w:r>
          </w:p>
          <w:tbl>
            <w:tblPr>
              <w:tblW w:w="9822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1"/>
              <w:gridCol w:w="4911"/>
            </w:tblGrid>
            <w:tr w:rsidR="008410E5" w:rsidRPr="00104F06" w:rsidTr="00104F06">
              <w:trPr>
                <w:trHeight w:val="410"/>
                <w:jc w:val="center"/>
              </w:trPr>
              <w:tc>
                <w:tcPr>
                  <w:tcW w:w="4911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634B3" w:rsidP="00104F06">
                  <w:pPr>
                    <w:spacing w:after="0"/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Nirmala UI" w:hAnsi="Nirmala UI" w:cs="Nirmala UI" w:hint="cs"/>
                      <w:b/>
                      <w:bCs/>
                      <w:sz w:val="22"/>
                      <w:cs/>
                      <w:lang w:bidi="si-LK"/>
                    </w:rPr>
                    <w:t>විස්තරය</w:t>
                  </w:r>
                </w:p>
              </w:tc>
              <w:tc>
                <w:tcPr>
                  <w:tcW w:w="4911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634B3" w:rsidP="00104F06">
                  <w:pPr>
                    <w:spacing w:after="0"/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Nirmala UI" w:hAnsi="Nirmala UI" w:cs="Nirmala UI" w:hint="cs"/>
                      <w:b/>
                      <w:bCs/>
                      <w:sz w:val="22"/>
                      <w:cs/>
                      <w:lang w:bidi="si-LK"/>
                    </w:rPr>
                    <w:t>වත්මන්</w:t>
                  </w:r>
                  <w:r w:rsidRPr="00104F06">
                    <w:rPr>
                      <w:rFonts w:ascii="Times New Roman" w:hAnsi="Times New Roman" w:cs="Times New Roman"/>
                      <w:b/>
                      <w:sz w:val="22"/>
                    </w:rPr>
                    <w:t xml:space="preserve"> </w:t>
                  </w:r>
                  <w:r w:rsidRPr="00104F06">
                    <w:rPr>
                      <w:rFonts w:ascii="Nirmala UI" w:hAnsi="Nirmala UI" w:cs="Nirmala UI" w:hint="cs"/>
                      <w:b/>
                      <w:bCs/>
                      <w:sz w:val="22"/>
                      <w:cs/>
                      <w:lang w:bidi="si-LK"/>
                    </w:rPr>
                    <w:t>ධාරිතාව</w:t>
                  </w:r>
                </w:p>
              </w:tc>
            </w:tr>
            <w:tr w:rsidR="008410E5" w:rsidRPr="00104F06" w:rsidTr="00104F06">
              <w:trPr>
                <w:trHeight w:val="422"/>
                <w:jc w:val="center"/>
              </w:trPr>
              <w:tc>
                <w:tcPr>
                  <w:tcW w:w="4911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634B3" w:rsidP="00104F06">
                  <w:pPr>
                    <w:spacing w:after="0"/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පැටවුන්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බිහි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කිරීමේ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ධාරිතාව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(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අදාළ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වේ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නම්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>)</w:t>
                  </w:r>
                </w:p>
              </w:tc>
              <w:tc>
                <w:tcPr>
                  <w:tcW w:w="4911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410E5" w:rsidP="00104F06">
                  <w:pPr>
                    <w:spacing w:after="0"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</w:tr>
            <w:tr w:rsidR="008410E5" w:rsidRPr="00104F06" w:rsidTr="00104F06">
              <w:trPr>
                <w:trHeight w:val="410"/>
                <w:jc w:val="center"/>
              </w:trPr>
              <w:tc>
                <w:tcPr>
                  <w:tcW w:w="4911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634B3" w:rsidP="00104F06">
                  <w:pPr>
                    <w:spacing w:after="0"/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වාර්ෂික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නිෂ්පාදනය</w:t>
                  </w:r>
                </w:p>
              </w:tc>
              <w:tc>
                <w:tcPr>
                  <w:tcW w:w="4911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410E5" w:rsidP="00104F06">
                  <w:pPr>
                    <w:spacing w:after="0"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</w:tr>
            <w:tr w:rsidR="008410E5" w:rsidRPr="00104F06" w:rsidTr="00104F06">
              <w:trPr>
                <w:trHeight w:val="422"/>
                <w:jc w:val="center"/>
              </w:trPr>
              <w:tc>
                <w:tcPr>
                  <w:tcW w:w="4911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634B3" w:rsidP="00104F06">
                  <w:pPr>
                    <w:spacing w:after="0"/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ගොවිපොළේ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r w:rsidR="00104F06"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වර්ග ප්‍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රමාණය</w:t>
                  </w:r>
                </w:p>
              </w:tc>
              <w:tc>
                <w:tcPr>
                  <w:tcW w:w="4911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410E5" w:rsidP="00104F06">
                  <w:pPr>
                    <w:spacing w:after="0"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</w:tr>
            <w:tr w:rsidR="008410E5" w:rsidRPr="00104F06" w:rsidTr="00104F06">
              <w:trPr>
                <w:trHeight w:val="422"/>
                <w:jc w:val="center"/>
              </w:trPr>
              <w:tc>
                <w:tcPr>
                  <w:tcW w:w="4911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634B3" w:rsidP="00104F06">
                  <w:pPr>
                    <w:spacing w:after="0"/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සැකසුම්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ධාරිතාව</w:t>
                  </w:r>
                </w:p>
              </w:tc>
              <w:tc>
                <w:tcPr>
                  <w:tcW w:w="4911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410E5" w:rsidP="00104F06">
                  <w:pPr>
                    <w:spacing w:after="0"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</w:tr>
            <w:tr w:rsidR="008410E5" w:rsidRPr="00104F06" w:rsidTr="00104F06">
              <w:trPr>
                <w:trHeight w:val="410"/>
                <w:jc w:val="center"/>
              </w:trPr>
              <w:tc>
                <w:tcPr>
                  <w:tcW w:w="4911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634B3" w:rsidP="00104F06">
                  <w:pPr>
                    <w:spacing w:after="0"/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වාර්ෂික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අපනයන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r w:rsidR="00104F06"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ප්‍රමාණය</w:t>
                  </w:r>
                </w:p>
              </w:tc>
              <w:tc>
                <w:tcPr>
                  <w:tcW w:w="4911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410E5" w:rsidP="00104F06">
                  <w:pPr>
                    <w:spacing w:after="0"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</w:tr>
            <w:tr w:rsidR="008410E5" w:rsidRPr="00104F06" w:rsidTr="00104F06">
              <w:trPr>
                <w:trHeight w:val="422"/>
                <w:jc w:val="center"/>
              </w:trPr>
              <w:tc>
                <w:tcPr>
                  <w:tcW w:w="4911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634B3" w:rsidP="00104F06">
                  <w:pPr>
                    <w:spacing w:after="0"/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වාර්ෂික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අපනයන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වටිනාකම</w:t>
                  </w:r>
                </w:p>
              </w:tc>
              <w:tc>
                <w:tcPr>
                  <w:tcW w:w="4911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634B3" w:rsidP="00104F06">
                  <w:pPr>
                    <w:spacing w:after="0"/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Times New Roman" w:hAnsi="Times New Roman" w:cs="Times New Roman"/>
                      <w:sz w:val="22"/>
                    </w:rPr>
                    <w:t>USD</w:t>
                  </w:r>
                </w:p>
              </w:tc>
            </w:tr>
          </w:tbl>
          <w:p w:rsidR="008410E5" w:rsidRPr="00104F06" w:rsidRDefault="008410E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8410E5" w:rsidRPr="00104F06">
        <w:trPr>
          <w:jc w:val="center"/>
        </w:trPr>
        <w:tc>
          <w:tcPr>
            <w:tcW w:w="7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410E5" w:rsidRPr="00104F06" w:rsidRDefault="008634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Times New Roman" w:hAnsi="Times New Roman" w:cs="Times New Roman"/>
                <w:b/>
                <w:sz w:val="22"/>
              </w:rPr>
              <w:t>07</w:t>
            </w:r>
          </w:p>
        </w:tc>
        <w:tc>
          <w:tcPr>
            <w:tcW w:w="974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410E5" w:rsidRPr="00104F06" w:rsidRDefault="008634B3">
            <w:pPr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වත්මන්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අපනයන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වෙළෙඳපොළවල්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► ___________________________________________________________________________________</w:t>
            </w:r>
            <w:r w:rsidRPr="00104F06">
              <w:rPr>
                <w:rFonts w:ascii="Times New Roman" w:hAnsi="Times New Roman" w:cs="Times New Roman"/>
                <w:sz w:val="22"/>
              </w:rPr>
              <w:br/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lastRenderedPageBreak/>
              <w:t>ඉලක්කගත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104F06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මත්ස්‍ය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විශේෂ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—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වත්මන්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දායකත්වය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නිෂ්පාදනය</w:t>
            </w:r>
            <w:r w:rsidRPr="00104F06">
              <w:rPr>
                <w:rFonts w:ascii="Times New Roman" w:hAnsi="Times New Roman" w:cs="Times New Roman"/>
                <w:sz w:val="22"/>
              </w:rPr>
              <w:t>/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ධාරිතාව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සහ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අපනයන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තත්ත්වය</w:t>
            </w:r>
            <w:r w:rsidR="0045353B">
              <w:rPr>
                <w:rFonts w:ascii="Times New Roman" w:hAnsi="Times New Roman" w:cs="Times New Roman"/>
                <w:sz w:val="22"/>
              </w:rPr>
              <w:t xml:space="preserve"> ▼</w:t>
            </w: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37"/>
              <w:gridCol w:w="2437"/>
              <w:gridCol w:w="2437"/>
              <w:gridCol w:w="2437"/>
            </w:tblGrid>
            <w:tr w:rsidR="008410E5" w:rsidRPr="00104F06">
              <w:trPr>
                <w:jc w:val="center"/>
              </w:trPr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104F06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Nirmala UI" w:hAnsi="Nirmala UI" w:cs="Nirmala UI" w:hint="cs"/>
                      <w:b/>
                      <w:bCs/>
                      <w:sz w:val="22"/>
                      <w:cs/>
                      <w:lang w:bidi="si-LK"/>
                    </w:rPr>
                    <w:t>මත්ස්‍ය</w:t>
                  </w:r>
                  <w:r w:rsidR="008634B3" w:rsidRPr="00104F06">
                    <w:rPr>
                      <w:rFonts w:ascii="Times New Roman" w:hAnsi="Times New Roman" w:cs="Times New Roman"/>
                      <w:b/>
                      <w:sz w:val="22"/>
                    </w:rPr>
                    <w:t xml:space="preserve"> </w:t>
                  </w:r>
                  <w:r w:rsidR="008634B3" w:rsidRPr="00104F06">
                    <w:rPr>
                      <w:rFonts w:ascii="Nirmala UI" w:hAnsi="Nirmala UI" w:cs="Nirmala UI" w:hint="cs"/>
                      <w:b/>
                      <w:bCs/>
                      <w:sz w:val="22"/>
                      <w:cs/>
                      <w:lang w:bidi="si-LK"/>
                    </w:rPr>
                    <w:t>විශේෂය</w:t>
                  </w:r>
                </w:p>
              </w:tc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634B3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Nirmala UI" w:hAnsi="Nirmala UI" w:cs="Nirmala UI" w:hint="cs"/>
                      <w:b/>
                      <w:bCs/>
                      <w:sz w:val="22"/>
                      <w:cs/>
                      <w:lang w:bidi="si-LK"/>
                    </w:rPr>
                    <w:t>වත්මන්</w:t>
                  </w:r>
                  <w:r w:rsidRPr="00104F06">
                    <w:rPr>
                      <w:rFonts w:ascii="Times New Roman" w:hAnsi="Times New Roman" w:cs="Times New Roman"/>
                      <w:b/>
                      <w:sz w:val="22"/>
                    </w:rPr>
                    <w:t xml:space="preserve"> </w:t>
                  </w:r>
                  <w:r w:rsidRPr="00104F06">
                    <w:rPr>
                      <w:rFonts w:ascii="Nirmala UI" w:hAnsi="Nirmala UI" w:cs="Nirmala UI" w:hint="cs"/>
                      <w:b/>
                      <w:bCs/>
                      <w:sz w:val="22"/>
                      <w:cs/>
                      <w:lang w:bidi="si-LK"/>
                    </w:rPr>
                    <w:t>දායකත්වය</w:t>
                  </w:r>
                </w:p>
              </w:tc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634B3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Nirmala UI" w:hAnsi="Nirmala UI" w:cs="Nirmala UI" w:hint="cs"/>
                      <w:b/>
                      <w:bCs/>
                      <w:sz w:val="22"/>
                      <w:cs/>
                      <w:lang w:bidi="si-LK"/>
                    </w:rPr>
                    <w:t>නිෂ්පාදනය</w:t>
                  </w:r>
                  <w:r w:rsidRPr="00104F06">
                    <w:rPr>
                      <w:rFonts w:ascii="Times New Roman" w:hAnsi="Times New Roman" w:cs="Times New Roman"/>
                      <w:b/>
                      <w:sz w:val="22"/>
                    </w:rPr>
                    <w:t xml:space="preserve"> / </w:t>
                  </w:r>
                  <w:r w:rsidRPr="00104F06">
                    <w:rPr>
                      <w:rFonts w:ascii="Nirmala UI" w:hAnsi="Nirmala UI" w:cs="Nirmala UI" w:hint="cs"/>
                      <w:b/>
                      <w:bCs/>
                      <w:sz w:val="22"/>
                      <w:cs/>
                      <w:lang w:bidi="si-LK"/>
                    </w:rPr>
                    <w:t>ධාරිතාව</w:t>
                  </w:r>
                </w:p>
              </w:tc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634B3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Nirmala UI" w:hAnsi="Nirmala UI" w:cs="Nirmala UI" w:hint="cs"/>
                      <w:b/>
                      <w:bCs/>
                      <w:sz w:val="22"/>
                      <w:cs/>
                      <w:lang w:bidi="si-LK"/>
                    </w:rPr>
                    <w:t>අපනයනය</w:t>
                  </w:r>
                  <w:r w:rsidRPr="00104F06">
                    <w:rPr>
                      <w:rFonts w:ascii="Times New Roman" w:hAnsi="Times New Roman" w:cs="Times New Roman"/>
                      <w:b/>
                      <w:sz w:val="22"/>
                    </w:rPr>
                    <w:t xml:space="preserve"> </w:t>
                  </w:r>
                  <w:r w:rsidRPr="00104F06">
                    <w:rPr>
                      <w:rFonts w:ascii="Nirmala UI" w:hAnsi="Nirmala UI" w:cs="Nirmala UI" w:hint="cs"/>
                      <w:b/>
                      <w:bCs/>
                      <w:sz w:val="22"/>
                      <w:cs/>
                      <w:lang w:bidi="si-LK"/>
                    </w:rPr>
                    <w:t>කරන්නේද</w:t>
                  </w:r>
                  <w:r w:rsidRPr="00104F06">
                    <w:rPr>
                      <w:rFonts w:ascii="Times New Roman" w:hAnsi="Times New Roman" w:cs="Times New Roman"/>
                      <w:b/>
                      <w:sz w:val="22"/>
                    </w:rPr>
                    <w:t>?</w:t>
                  </w:r>
                </w:p>
              </w:tc>
            </w:tr>
            <w:tr w:rsidR="008410E5" w:rsidRPr="00104F06">
              <w:trPr>
                <w:jc w:val="center"/>
              </w:trPr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0E468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</w:rPr>
                    <w:t>Milkfish</w:t>
                  </w:r>
                </w:p>
              </w:tc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410E5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410E5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634B3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ඔව්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/ 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නැත</w:t>
                  </w:r>
                </w:p>
              </w:tc>
            </w:tr>
            <w:tr w:rsidR="008410E5" w:rsidRPr="00104F06">
              <w:trPr>
                <w:jc w:val="center"/>
              </w:trPr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0E468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</w:rPr>
                    <w:t>Barramundi</w:t>
                  </w:r>
                </w:p>
              </w:tc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410E5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410E5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634B3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ඔව්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/ 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නැත</w:t>
                  </w:r>
                </w:p>
              </w:tc>
            </w:tr>
            <w:tr w:rsidR="008410E5" w:rsidRPr="00104F06">
              <w:trPr>
                <w:jc w:val="center"/>
              </w:trPr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0E468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</w:rPr>
                    <w:t>Grouper</w:t>
                  </w:r>
                </w:p>
              </w:tc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410E5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410E5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634B3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ඔව්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/ 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නැත</w:t>
                  </w:r>
                </w:p>
              </w:tc>
            </w:tr>
            <w:tr w:rsidR="008410E5" w:rsidRPr="00104F06">
              <w:trPr>
                <w:jc w:val="center"/>
              </w:trPr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634B3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වෙනත්</w:t>
                  </w:r>
                </w:p>
              </w:tc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410E5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410E5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634B3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ඔව්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/ 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නැත</w:t>
                  </w:r>
                </w:p>
              </w:tc>
            </w:tr>
          </w:tbl>
          <w:p w:rsidR="008410E5" w:rsidRPr="00104F06" w:rsidRDefault="008410E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8410E5" w:rsidRPr="00104F06">
        <w:trPr>
          <w:jc w:val="center"/>
        </w:trPr>
        <w:tc>
          <w:tcPr>
            <w:tcW w:w="7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410E5" w:rsidRPr="00104F06" w:rsidRDefault="008634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Times New Roman" w:hAnsi="Times New Roman" w:cs="Times New Roman"/>
                <w:b/>
                <w:sz w:val="22"/>
              </w:rPr>
              <w:lastRenderedPageBreak/>
              <w:t>08</w:t>
            </w:r>
          </w:p>
        </w:tc>
        <w:tc>
          <w:tcPr>
            <w:tcW w:w="974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13351" w:rsidRDefault="008634B3" w:rsidP="0045353B">
            <w:pPr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ඉන්දුනීසියාවෙන්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අපේක්ෂිත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තාක්ෂණය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/ </w:t>
            </w:r>
            <w:r w:rsidR="00104F06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ක්‍ර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මවේද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(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සහ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ඒවා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104F06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ශ්‍රි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ලංකාව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තුළ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භාවිත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කිරීමට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යෝජිත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ආකාරය</w:t>
            </w:r>
            <w:r w:rsidRPr="00104F06">
              <w:rPr>
                <w:rFonts w:ascii="Times New Roman" w:hAnsi="Times New Roman" w:cs="Times New Roman"/>
                <w:sz w:val="22"/>
              </w:rPr>
              <w:t>) ►</w:t>
            </w:r>
            <w:r w:rsidRPr="00104F06">
              <w:rPr>
                <w:rFonts w:ascii="Times New Roman" w:hAnsi="Times New Roman" w:cs="Times New Roman"/>
                <w:sz w:val="22"/>
              </w:rPr>
              <w:br/>
              <w:t>(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උදා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: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පැටවුන්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බිහි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කිරීමේ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තාක්ෂණය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තෝරාගත්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අභිජනනය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බෝ</w:t>
            </w:r>
            <w:r w:rsidR="00104F06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කරන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මසුන්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පාලනය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මත්ස්</w:t>
            </w:r>
            <w:r w:rsidRPr="00104F06">
              <w:rPr>
                <w:rFonts w:ascii="Times New Roman" w:hAnsi="Times New Roman" w:cs="Times New Roman"/>
                <w:sz w:val="22"/>
              </w:rPr>
              <w:t>‍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ය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ලාබාල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අදියරයන්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ඇති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දැඩි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කිරීම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, </w:t>
            </w:r>
            <w:r w:rsidR="00104F06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මත්ස්‍ය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104F06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ආහාර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සහ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පෝෂණය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ජීව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ආරක්ෂණය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රෝග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පාලනය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, RAS,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කූඩු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වගාව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මුහුදු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ජලජීවී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වගාව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ජලයේ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ගුණාත්මකභාවය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පාලනය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ගොවිපොළ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104F06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ස්වයංක්‍රී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යකරණය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සැකසුම්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සහ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අගය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එකතු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කිරීම</w:t>
            </w:r>
            <w:r w:rsidRPr="00104F06">
              <w:rPr>
                <w:rFonts w:ascii="Times New Roman" w:hAnsi="Times New Roman" w:cs="Times New Roman"/>
                <w:sz w:val="22"/>
              </w:rPr>
              <w:t>)</w:t>
            </w:r>
            <w:r w:rsidRPr="00104F06">
              <w:rPr>
                <w:rFonts w:ascii="Times New Roman" w:hAnsi="Times New Roman" w:cs="Times New Roman"/>
                <w:sz w:val="22"/>
              </w:rPr>
              <w:br/>
            </w:r>
          </w:p>
          <w:p w:rsidR="008410E5" w:rsidRPr="00104F06" w:rsidRDefault="008634B3" w:rsidP="00813351">
            <w:pPr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ඔබගේ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104F06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ව්‍යා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පාරයට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ලැබෙන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අපේක්ෂිත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වාසි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► </w:t>
            </w:r>
          </w:p>
        </w:tc>
      </w:tr>
      <w:tr w:rsidR="008410E5" w:rsidRPr="00104F06">
        <w:trPr>
          <w:jc w:val="center"/>
        </w:trPr>
        <w:tc>
          <w:tcPr>
            <w:tcW w:w="7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410E5" w:rsidRPr="00104F06" w:rsidRDefault="008634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Times New Roman" w:hAnsi="Times New Roman" w:cs="Times New Roman"/>
                <w:b/>
                <w:sz w:val="22"/>
              </w:rPr>
              <w:t>09</w:t>
            </w:r>
          </w:p>
        </w:tc>
        <w:tc>
          <w:tcPr>
            <w:tcW w:w="974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5353B" w:rsidRDefault="008634B3">
            <w:pPr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අපනයන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සංවර්ධන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හැකියාව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▼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07"/>
              <w:gridCol w:w="1313"/>
              <w:gridCol w:w="1980"/>
              <w:gridCol w:w="1980"/>
              <w:gridCol w:w="2359"/>
            </w:tblGrid>
            <w:tr w:rsidR="0045353B" w:rsidTr="0045353B">
              <w:tc>
                <w:tcPr>
                  <w:tcW w:w="1907" w:type="dxa"/>
                </w:tcPr>
                <w:p w:rsidR="0045353B" w:rsidRDefault="0045353B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වත්මන්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වාර්ෂික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අපනයන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වටිනාකම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USD</w:t>
                  </w:r>
                </w:p>
              </w:tc>
              <w:tc>
                <w:tcPr>
                  <w:tcW w:w="1313" w:type="dxa"/>
                </w:tcPr>
                <w:p w:rsidR="0045353B" w:rsidRDefault="0045353B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ප්‍රධාන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නිෂ්පාදන</w:t>
                  </w:r>
                </w:p>
              </w:tc>
              <w:tc>
                <w:tcPr>
                  <w:tcW w:w="1980" w:type="dxa"/>
                </w:tcPr>
                <w:p w:rsidR="0045353B" w:rsidRDefault="0045353B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ප්‍රධාන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අපනයන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රටවල්</w:t>
                  </w:r>
                </w:p>
              </w:tc>
              <w:tc>
                <w:tcPr>
                  <w:tcW w:w="1980" w:type="dxa"/>
                </w:tcPr>
                <w:p w:rsidR="0045353B" w:rsidRDefault="0045353B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ව්‍යාපාරික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r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ව්‍යාප්ති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සැලසුම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(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ඉදිරි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වසර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3–5 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සඳහා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>)</w:t>
                  </w:r>
                </w:p>
              </w:tc>
              <w:tc>
                <w:tcPr>
                  <w:tcW w:w="2359" w:type="dxa"/>
                </w:tcPr>
                <w:p w:rsidR="0045353B" w:rsidRDefault="0045353B" w:rsidP="0045353B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අපේක්ෂිත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අපනයන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වටිනාකමේ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වැඩිවීම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USD 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වසර</w:t>
                  </w:r>
                  <w:r>
                    <w:rPr>
                      <w:rFonts w:ascii="Times New Roman" w:hAnsi="Times New Roman" w:cs="Nirmala UI" w:hint="cs"/>
                      <w:sz w:val="22"/>
                      <w:cs/>
                      <w:lang w:bidi="si-LK"/>
                    </w:rPr>
                    <w:t xml:space="preserve"> 3 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ක්</w:t>
                  </w:r>
                  <w:r w:rsidRPr="00104F06">
                    <w:rPr>
                      <w:rFonts w:ascii="Times New Roman" w:hAnsi="Times New Roman" w:cs="Times New Roman"/>
                      <w:sz w:val="22"/>
                    </w:rPr>
                    <w:t xml:space="preserve"> </w:t>
                  </w:r>
                  <w:r w:rsidRPr="00104F06">
                    <w:rPr>
                      <w:rFonts w:ascii="Nirmala UI" w:hAnsi="Nirmala UI" w:cs="Nirmala UI" w:hint="cs"/>
                      <w:sz w:val="22"/>
                      <w:cs/>
                      <w:lang w:bidi="si-LK"/>
                    </w:rPr>
                    <w:t>ඇතුළත</w:t>
                  </w:r>
                </w:p>
              </w:tc>
            </w:tr>
            <w:tr w:rsidR="0045353B" w:rsidTr="0045353B">
              <w:trPr>
                <w:trHeight w:val="1322"/>
              </w:trPr>
              <w:tc>
                <w:tcPr>
                  <w:tcW w:w="1907" w:type="dxa"/>
                </w:tcPr>
                <w:p w:rsidR="0045353B" w:rsidRDefault="0045353B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1313" w:type="dxa"/>
                </w:tcPr>
                <w:p w:rsidR="0045353B" w:rsidRDefault="0045353B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1980" w:type="dxa"/>
                </w:tcPr>
                <w:p w:rsidR="0045353B" w:rsidRDefault="0045353B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1980" w:type="dxa"/>
                </w:tcPr>
                <w:p w:rsidR="0045353B" w:rsidRDefault="0045353B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2359" w:type="dxa"/>
                </w:tcPr>
                <w:p w:rsidR="0045353B" w:rsidRDefault="0045353B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</w:tr>
          </w:tbl>
          <w:p w:rsidR="008410E5" w:rsidRPr="00104F06" w:rsidRDefault="008410E5" w:rsidP="0045353B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8410E5" w:rsidRPr="00104F06">
        <w:trPr>
          <w:jc w:val="center"/>
        </w:trPr>
        <w:tc>
          <w:tcPr>
            <w:tcW w:w="7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410E5" w:rsidRPr="00104F06" w:rsidRDefault="008634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Times New Roman" w:hAnsi="Times New Roman" w:cs="Times New Roman"/>
                <w:b/>
                <w:sz w:val="22"/>
              </w:rPr>
              <w:t>10</w:t>
            </w:r>
          </w:p>
        </w:tc>
        <w:tc>
          <w:tcPr>
            <w:tcW w:w="974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E4681" w:rsidRDefault="008634B3" w:rsidP="000E4681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ආයෝජන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/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ඒකාබද්ධ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104F06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ව්‍යාපා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ර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(JV) / </w:t>
            </w:r>
            <w:r w:rsidR="00104F06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ව්‍යාපා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රික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හවුල්කාරිත්වයන්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පිළිබඳ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උනන්දුව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▼</w:t>
            </w:r>
            <w:r w:rsidRPr="00104F06">
              <w:rPr>
                <w:rFonts w:ascii="Times New Roman" w:hAnsi="Times New Roman" w:cs="Times New Roman"/>
                <w:sz w:val="22"/>
              </w:rPr>
              <w:br/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තාක්ෂණික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හවුල්කාරිත්වය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 </w:t>
            </w:r>
            <w:r w:rsidRPr="00104F06">
              <w:rPr>
                <w:rFonts w:ascii="Segoe UI Symbol" w:hAnsi="Segoe UI Symbol" w:cs="Segoe UI Symbol"/>
                <w:sz w:val="22"/>
              </w:rPr>
              <w:t>☐</w:t>
            </w:r>
          </w:p>
          <w:p w:rsidR="000E4681" w:rsidRDefault="008634B3" w:rsidP="000E4681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ඒකාබද්ධ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104F06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ව්‍යාපා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ර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(JV)  </w:t>
            </w:r>
            <w:r w:rsidRPr="00104F06">
              <w:rPr>
                <w:rFonts w:ascii="Segoe UI Symbol" w:hAnsi="Segoe UI Symbol" w:cs="Segoe UI Symbol"/>
                <w:sz w:val="22"/>
              </w:rPr>
              <w:t>☐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0E4681" w:rsidRDefault="00104F06" w:rsidP="000E4681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 xml:space="preserve">ශ්‍රී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ලංකාව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තුළ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කෙරෙන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ආයෝජන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 </w:t>
            </w:r>
            <w:r w:rsidR="008634B3" w:rsidRPr="00104F06">
              <w:rPr>
                <w:rFonts w:ascii="Segoe UI Symbol" w:hAnsi="Segoe UI Symbol" w:cs="Segoe UI Symbol"/>
                <w:sz w:val="22"/>
              </w:rPr>
              <w:t>☐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0E4681" w:rsidRDefault="008634B3" w:rsidP="000E4681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ඉන්දුනීසියාව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තුළ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කෙරෙන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ආයෝජන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 </w:t>
            </w:r>
            <w:r w:rsidRPr="00104F06">
              <w:rPr>
                <w:rFonts w:ascii="Segoe UI Symbol" w:hAnsi="Segoe UI Symbol" w:cs="Segoe UI Symbol"/>
                <w:sz w:val="22"/>
              </w:rPr>
              <w:t>☐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0E4681" w:rsidRDefault="008634B3" w:rsidP="000E4681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තාක්ෂණික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සහයෝගීතාව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 </w:t>
            </w:r>
            <w:r w:rsidRPr="00104F06">
              <w:rPr>
                <w:rFonts w:ascii="Segoe UI Symbol" w:hAnsi="Segoe UI Symbol" w:cs="Segoe UI Symbol"/>
                <w:sz w:val="22"/>
              </w:rPr>
              <w:t>☐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104F06" w:rsidRPr="00104F06" w:rsidRDefault="008634B3" w:rsidP="000E4681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පැටවුන්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බිහි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කිරීමේ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0E4681">
              <w:rPr>
                <w:rFonts w:ascii="Nirmala UI" w:hAnsi="Nirmala UI" w:cs="Nirmala UI" w:hint="cs"/>
                <w:sz w:val="22"/>
                <w:cs/>
                <w:lang w:bidi="si-LK"/>
              </w:rPr>
              <w:t>මධ්‍ය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ස්ථාන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හවුල්කාරිත්වය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 </w:t>
            </w:r>
            <w:r w:rsidRPr="00104F06">
              <w:rPr>
                <w:rFonts w:ascii="Segoe UI Symbol" w:hAnsi="Segoe UI Symbol" w:cs="Segoe UI Symbol"/>
                <w:sz w:val="22"/>
              </w:rPr>
              <w:t>☐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8410E5" w:rsidRPr="00104F06" w:rsidRDefault="008634B3" w:rsidP="00104F06">
            <w:pPr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යෝජිත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උනන්දුව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විස්තර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කරන්න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► ____________________________________________________________</w:t>
            </w:r>
            <w:r w:rsidRPr="00104F06">
              <w:rPr>
                <w:rFonts w:ascii="Times New Roman" w:hAnsi="Times New Roman" w:cs="Times New Roman"/>
                <w:sz w:val="22"/>
              </w:rPr>
              <w:br/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ඇස්තමේන්තුගත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ආයෝජනය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USD ____________ 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යෝජිත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කාලපරිච්ඡේදය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____________</w:t>
            </w:r>
          </w:p>
        </w:tc>
      </w:tr>
      <w:tr w:rsidR="008410E5" w:rsidRPr="00104F06">
        <w:trPr>
          <w:jc w:val="center"/>
        </w:trPr>
        <w:tc>
          <w:tcPr>
            <w:tcW w:w="7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410E5" w:rsidRPr="00104F06" w:rsidRDefault="008634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Times New Roman" w:hAnsi="Times New Roman" w:cs="Times New Roman"/>
                <w:b/>
                <w:sz w:val="22"/>
              </w:rPr>
              <w:lastRenderedPageBreak/>
              <w:t>11</w:t>
            </w:r>
          </w:p>
        </w:tc>
        <w:tc>
          <w:tcPr>
            <w:tcW w:w="974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5353B" w:rsidRDefault="00104F06" w:rsidP="0045353B">
            <w:pPr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මූල්‍ය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ධාරිතාව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▼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br/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දළ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වාර්ෂික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පිරිවැටුම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____________ 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සැලසුම්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කළ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ආයෝජනය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>/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ව්‍යා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ප්තිය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USD ____________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br/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ආයෝජන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මූලාශ්‍ර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ය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► </w:t>
            </w:r>
          </w:p>
          <w:p w:rsidR="0045353B" w:rsidRDefault="008634B3" w:rsidP="0045353B">
            <w:pPr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ස්වකීය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අරමුදල්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 </w:t>
            </w:r>
            <w:r w:rsidR="0045353B">
              <w:rPr>
                <w:rFonts w:ascii="Times New Roman" w:hAnsi="Times New Roman" w:cs="Nirmala UI" w:hint="cs"/>
                <w:sz w:val="22"/>
                <w:cs/>
                <w:lang w:bidi="si-LK"/>
              </w:rPr>
              <w:t xml:space="preserve">     </w:t>
            </w:r>
            <w:r w:rsidRPr="00104F06">
              <w:rPr>
                <w:rFonts w:ascii="Segoe UI Symbol" w:hAnsi="Segoe UI Symbol" w:cs="Segoe UI Symbol"/>
                <w:sz w:val="22"/>
              </w:rPr>
              <w:t>☐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45353B">
              <w:rPr>
                <w:rFonts w:ascii="Times New Roman" w:hAnsi="Times New Roman" w:cs="Nirmala UI" w:hint="cs"/>
                <w:sz w:val="22"/>
                <w:cs/>
                <w:lang w:bidi="si-LK"/>
              </w:rPr>
              <w:t xml:space="preserve">        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බැංකු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ණය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 </w:t>
            </w:r>
            <w:r w:rsidRPr="00104F06">
              <w:rPr>
                <w:rFonts w:ascii="Segoe UI Symbol" w:hAnsi="Segoe UI Symbol" w:cs="Segoe UI Symbol"/>
                <w:sz w:val="22"/>
              </w:rPr>
              <w:t>☐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8410E5" w:rsidRPr="00104F06" w:rsidRDefault="008634B3" w:rsidP="0045353B">
            <w:pPr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විදේශීය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ආයෝජන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 </w:t>
            </w:r>
            <w:r w:rsidRPr="00104F06">
              <w:rPr>
                <w:rFonts w:ascii="Segoe UI Symbol" w:hAnsi="Segoe UI Symbol" w:cs="Segoe UI Symbol"/>
                <w:sz w:val="22"/>
              </w:rPr>
              <w:t>☐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45353B">
              <w:rPr>
                <w:rFonts w:ascii="Times New Roman" w:hAnsi="Times New Roman" w:cs="Nirmala UI" w:hint="cs"/>
                <w:sz w:val="22"/>
                <w:cs/>
                <w:lang w:bidi="si-LK"/>
              </w:rPr>
              <w:t xml:space="preserve">        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ඒකාබද්ධ</w:t>
            </w:r>
            <w:r w:rsidR="0045353B">
              <w:rPr>
                <w:rFonts w:ascii="Times New Roman" w:hAnsi="Times New Roman" w:cs="Nirmala UI" w:hint="cs"/>
                <w:sz w:val="22"/>
                <w:cs/>
                <w:lang w:bidi="si-LK"/>
              </w:rPr>
              <w:t xml:space="preserve"> ව්‍යාපා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ර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 </w:t>
            </w:r>
            <w:r w:rsidRPr="00104F06">
              <w:rPr>
                <w:rFonts w:ascii="Segoe UI Symbol" w:hAnsi="Segoe UI Symbol" w:cs="Segoe UI Symbol"/>
                <w:sz w:val="22"/>
              </w:rPr>
              <w:t>☐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45353B">
              <w:rPr>
                <w:rFonts w:ascii="Times New Roman" w:hAnsi="Times New Roman" w:cs="Nirmala UI" w:hint="cs"/>
                <w:sz w:val="22"/>
                <w:cs/>
                <w:lang w:bidi="si-LK"/>
              </w:rPr>
              <w:t xml:space="preserve">    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වෙනත්</w:t>
            </w:r>
            <w:r w:rsidRPr="00104F06">
              <w:rPr>
                <w:rFonts w:ascii="Times New Roman" w:hAnsi="Times New Roman" w:cs="Times New Roman"/>
                <w:sz w:val="22"/>
              </w:rPr>
              <w:t>: __________</w:t>
            </w:r>
          </w:p>
        </w:tc>
      </w:tr>
      <w:tr w:rsidR="008410E5" w:rsidRPr="00104F06">
        <w:trPr>
          <w:jc w:val="center"/>
        </w:trPr>
        <w:tc>
          <w:tcPr>
            <w:tcW w:w="7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410E5" w:rsidRPr="00104F06" w:rsidRDefault="008634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Times New Roman" w:hAnsi="Times New Roman" w:cs="Times New Roman"/>
                <w:b/>
                <w:sz w:val="22"/>
              </w:rPr>
              <w:t>12</w:t>
            </w:r>
          </w:p>
        </w:tc>
        <w:tc>
          <w:tcPr>
            <w:tcW w:w="974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410E5" w:rsidRPr="00104F06" w:rsidRDefault="00104F06">
            <w:pPr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b/>
                <w:bCs/>
                <w:sz w:val="22"/>
                <w:cs/>
                <w:lang w:bidi="si-LK"/>
              </w:rPr>
              <w:t>ප්‍ර</w:t>
            </w:r>
            <w:r w:rsidR="008634B3" w:rsidRPr="00104F06">
              <w:rPr>
                <w:rFonts w:ascii="Nirmala UI" w:hAnsi="Nirmala UI" w:cs="Nirmala UI" w:hint="cs"/>
                <w:b/>
                <w:bCs/>
                <w:sz w:val="22"/>
                <w:cs/>
                <w:lang w:bidi="si-LK"/>
              </w:rPr>
              <w:t>තිඵල</w:t>
            </w:r>
            <w:r w:rsidR="008634B3" w:rsidRPr="00104F06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45353B">
              <w:rPr>
                <w:rFonts w:ascii="Nirmala UI" w:hAnsi="Nirmala UI" w:cs="Nirmala UI" w:hint="cs"/>
                <w:b/>
                <w:bCs/>
                <w:sz w:val="22"/>
                <w:cs/>
                <w:lang w:bidi="si-LK"/>
              </w:rPr>
              <w:t>ක්‍රි</w:t>
            </w:r>
            <w:r w:rsidR="008634B3" w:rsidRPr="00104F06">
              <w:rPr>
                <w:rFonts w:ascii="Nirmala UI" w:hAnsi="Nirmala UI" w:cs="Nirmala UI" w:hint="cs"/>
                <w:b/>
                <w:bCs/>
                <w:sz w:val="22"/>
                <w:cs/>
                <w:lang w:bidi="si-LK"/>
              </w:rPr>
              <w:t>යාත්මක</w:t>
            </w:r>
            <w:r w:rsidR="008634B3" w:rsidRPr="00104F06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b/>
                <w:bCs/>
                <w:sz w:val="22"/>
                <w:cs/>
                <w:lang w:bidi="si-LK"/>
              </w:rPr>
              <w:t>කිරීමේ</w:t>
            </w:r>
            <w:r w:rsidR="008634B3" w:rsidRPr="00104F06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b/>
                <w:bCs/>
                <w:sz w:val="22"/>
                <w:cs/>
                <w:lang w:bidi="si-LK"/>
              </w:rPr>
              <w:t>කැපවීම</w:t>
            </w:r>
            <w:r w:rsidR="008634B3" w:rsidRPr="00104F06">
              <w:rPr>
                <w:rFonts w:ascii="Times New Roman" w:hAnsi="Times New Roman" w:cs="Times New Roman"/>
                <w:b/>
                <w:sz w:val="22"/>
              </w:rPr>
              <w:t xml:space="preserve"> — </w:t>
            </w:r>
            <w:r w:rsidR="008634B3" w:rsidRPr="00104F06">
              <w:rPr>
                <w:rFonts w:ascii="Nirmala UI" w:hAnsi="Nirmala UI" w:cs="Nirmala UI" w:hint="cs"/>
                <w:b/>
                <w:bCs/>
                <w:sz w:val="22"/>
                <w:cs/>
                <w:lang w:bidi="si-LK"/>
              </w:rPr>
              <w:t>ඉන්දුනීසියානු</w:t>
            </w:r>
            <w:r w:rsidR="008634B3" w:rsidRPr="00104F06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b/>
                <w:bCs/>
                <w:sz w:val="22"/>
                <w:cs/>
                <w:lang w:bidi="si-LK"/>
              </w:rPr>
              <w:t>සංචාරයෙන්</w:t>
            </w:r>
            <w:r w:rsidR="008634B3" w:rsidRPr="00104F06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b/>
                <w:bCs/>
                <w:sz w:val="22"/>
                <w:cs/>
                <w:lang w:bidi="si-LK"/>
              </w:rPr>
              <w:t>පසු</w:t>
            </w:r>
            <w:r w:rsidR="008634B3" w:rsidRPr="00104F06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b/>
                <w:bCs/>
                <w:sz w:val="22"/>
                <w:cs/>
                <w:lang w:bidi="si-LK"/>
              </w:rPr>
              <w:t>ඉටුකිරීමට</w:t>
            </w:r>
            <w:r w:rsidR="008634B3" w:rsidRPr="00104F06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b/>
                <w:bCs/>
                <w:sz w:val="22"/>
                <w:cs/>
                <w:lang w:bidi="si-LK"/>
              </w:rPr>
              <w:t>යෝජිත</w:t>
            </w:r>
            <w:r w:rsidR="008634B3" w:rsidRPr="00104F06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b/>
                <w:bCs/>
                <w:sz w:val="22"/>
                <w:cs/>
                <w:lang w:bidi="si-LK"/>
              </w:rPr>
              <w:t>අවම</w:t>
            </w:r>
            <w:r w:rsidR="008634B3" w:rsidRPr="00104F06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b/>
                <w:bCs/>
                <w:sz w:val="22"/>
                <w:cs/>
                <w:lang w:bidi="si-LK"/>
              </w:rPr>
              <w:t>ක්‍රි</w:t>
            </w:r>
            <w:r w:rsidR="008634B3" w:rsidRPr="00104F06">
              <w:rPr>
                <w:rFonts w:ascii="Nirmala UI" w:hAnsi="Nirmala UI" w:cs="Nirmala UI" w:hint="cs"/>
                <w:b/>
                <w:bCs/>
                <w:sz w:val="22"/>
                <w:cs/>
                <w:lang w:bidi="si-LK"/>
              </w:rPr>
              <w:t>යාමාර්ග</w:t>
            </w:r>
            <w:r w:rsidR="008634B3" w:rsidRPr="00104F06">
              <w:rPr>
                <w:rFonts w:ascii="Times New Roman" w:hAnsi="Times New Roman" w:cs="Times New Roman"/>
                <w:b/>
                <w:sz w:val="22"/>
              </w:rPr>
              <w:t xml:space="preserve">  ▼</w:t>
            </w: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74"/>
              <w:gridCol w:w="4874"/>
            </w:tblGrid>
            <w:tr w:rsidR="008410E5" w:rsidRPr="00104F06">
              <w:trPr>
                <w:jc w:val="center"/>
              </w:trPr>
              <w:tc>
                <w:tcPr>
                  <w:tcW w:w="4874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104F06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Nirmala UI" w:hAnsi="Nirmala UI" w:cs="Nirmala UI" w:hint="cs"/>
                      <w:b/>
                      <w:bCs/>
                      <w:sz w:val="22"/>
                      <w:cs/>
                      <w:lang w:bidi="si-LK"/>
                    </w:rPr>
                    <w:t>ක්‍රියාමාර්ග</w:t>
                  </w:r>
                  <w:r w:rsidR="008634B3" w:rsidRPr="00104F06">
                    <w:rPr>
                      <w:rFonts w:ascii="Nirmala UI" w:hAnsi="Nirmala UI" w:cs="Nirmala UI" w:hint="cs"/>
                      <w:b/>
                      <w:bCs/>
                      <w:sz w:val="22"/>
                      <w:cs/>
                      <w:lang w:bidi="si-LK"/>
                    </w:rPr>
                    <w:t>ය</w:t>
                  </w:r>
                </w:p>
              </w:tc>
              <w:tc>
                <w:tcPr>
                  <w:tcW w:w="4874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634B3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Nirmala UI" w:hAnsi="Nirmala UI" w:cs="Nirmala UI" w:hint="cs"/>
                      <w:b/>
                      <w:bCs/>
                      <w:sz w:val="22"/>
                      <w:cs/>
                      <w:lang w:bidi="si-LK"/>
                    </w:rPr>
                    <w:t>අපේක්ෂිත</w:t>
                  </w:r>
                  <w:r w:rsidRPr="00104F06">
                    <w:rPr>
                      <w:rFonts w:ascii="Times New Roman" w:hAnsi="Times New Roman" w:cs="Times New Roman"/>
                      <w:b/>
                      <w:sz w:val="22"/>
                    </w:rPr>
                    <w:t xml:space="preserve"> </w:t>
                  </w:r>
                  <w:r w:rsidRPr="00104F06">
                    <w:rPr>
                      <w:rFonts w:ascii="Nirmala UI" w:hAnsi="Nirmala UI" w:cs="Nirmala UI" w:hint="cs"/>
                      <w:b/>
                      <w:bCs/>
                      <w:sz w:val="22"/>
                      <w:cs/>
                      <w:lang w:bidi="si-LK"/>
                    </w:rPr>
                    <w:t>සම්පූර්ණ</w:t>
                  </w:r>
                  <w:r w:rsidRPr="00104F06">
                    <w:rPr>
                      <w:rFonts w:ascii="Times New Roman" w:hAnsi="Times New Roman" w:cs="Times New Roman"/>
                      <w:b/>
                      <w:sz w:val="22"/>
                    </w:rPr>
                    <w:t xml:space="preserve"> </w:t>
                  </w:r>
                  <w:r w:rsidRPr="00104F06">
                    <w:rPr>
                      <w:rFonts w:ascii="Nirmala UI" w:hAnsi="Nirmala UI" w:cs="Nirmala UI" w:hint="cs"/>
                      <w:b/>
                      <w:bCs/>
                      <w:sz w:val="22"/>
                      <w:cs/>
                      <w:lang w:bidi="si-LK"/>
                    </w:rPr>
                    <w:t>කිරීම</w:t>
                  </w:r>
                </w:p>
              </w:tc>
            </w:tr>
            <w:tr w:rsidR="008410E5" w:rsidRPr="00104F06">
              <w:trPr>
                <w:jc w:val="center"/>
              </w:trPr>
              <w:tc>
                <w:tcPr>
                  <w:tcW w:w="4874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634B3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Times New Roman" w:hAnsi="Times New Roman" w:cs="Times New Roman"/>
                      <w:sz w:val="22"/>
                    </w:rPr>
                    <w:t>1.</w:t>
                  </w:r>
                </w:p>
              </w:tc>
              <w:tc>
                <w:tcPr>
                  <w:tcW w:w="4874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410E5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</w:tr>
            <w:tr w:rsidR="008410E5" w:rsidRPr="00104F06">
              <w:trPr>
                <w:jc w:val="center"/>
              </w:trPr>
              <w:tc>
                <w:tcPr>
                  <w:tcW w:w="4874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634B3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Times New Roman" w:hAnsi="Times New Roman" w:cs="Times New Roman"/>
                      <w:sz w:val="22"/>
                    </w:rPr>
                    <w:t>2.</w:t>
                  </w:r>
                </w:p>
              </w:tc>
              <w:tc>
                <w:tcPr>
                  <w:tcW w:w="4874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410E5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</w:tr>
            <w:tr w:rsidR="008410E5" w:rsidRPr="00104F06">
              <w:trPr>
                <w:jc w:val="center"/>
              </w:trPr>
              <w:tc>
                <w:tcPr>
                  <w:tcW w:w="4874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634B3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Times New Roman" w:hAnsi="Times New Roman" w:cs="Times New Roman"/>
                      <w:sz w:val="22"/>
                    </w:rPr>
                    <w:t>3.</w:t>
                  </w:r>
                </w:p>
              </w:tc>
              <w:tc>
                <w:tcPr>
                  <w:tcW w:w="4874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410E5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</w:tr>
          </w:tbl>
          <w:p w:rsidR="008410E5" w:rsidRPr="00104F06" w:rsidRDefault="008410E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8410E5" w:rsidRPr="00104F06">
        <w:trPr>
          <w:jc w:val="center"/>
        </w:trPr>
        <w:tc>
          <w:tcPr>
            <w:tcW w:w="7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410E5" w:rsidRPr="00104F06" w:rsidRDefault="008634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Times New Roman" w:hAnsi="Times New Roman" w:cs="Times New Roman"/>
                <w:b/>
                <w:sz w:val="22"/>
              </w:rPr>
              <w:t>13</w:t>
            </w:r>
          </w:p>
        </w:tc>
        <w:tc>
          <w:tcPr>
            <w:tcW w:w="974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410E5" w:rsidRPr="00104F06" w:rsidRDefault="00104F06" w:rsidP="00104F06">
            <w:pPr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ශ්‍රී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ලාංකේය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ජලජීවී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වගා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 xml:space="preserve">ක්ෂේත්‍රයට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දැක්විය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හැකි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දායකත්වය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►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br/>
              <w:t>(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උදා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: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දැනුම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හුවමාරු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කරගැනීම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,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නව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තාක්ෂණයන්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හඳුන්වාදීම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,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දේශීය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පැටවුන්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බිහි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කිරීමේ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ධාරිතාව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වර්ධනය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කිරීම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,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නිෂ්පාදනය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සහ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අපනයනය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ඉහළ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නැංවීම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,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ගුණාත්මකභාවය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සහ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ජීව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ආරක්ෂණය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ඉහළ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නැංවීම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,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රැකියා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උත්පාදනය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,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නව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නිෂ්පාදන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,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සුළු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හා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මධ්‍ය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ම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පරිමාණ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ගොවීන්ට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සහාය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වීම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>)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br/>
            </w:r>
            <w:r w:rsidR="008634B3" w:rsidRPr="00104F06">
              <w:rPr>
                <w:rFonts w:ascii="Times New Roman" w:hAnsi="Times New Roman" w:cs="Times New Roman"/>
                <w:sz w:val="22"/>
              </w:rPr>
              <w:br/>
            </w:r>
          </w:p>
        </w:tc>
      </w:tr>
      <w:tr w:rsidR="008410E5" w:rsidRPr="00104F06">
        <w:trPr>
          <w:jc w:val="center"/>
        </w:trPr>
        <w:tc>
          <w:tcPr>
            <w:tcW w:w="7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410E5" w:rsidRPr="00104F06" w:rsidRDefault="008634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Times New Roman" w:hAnsi="Times New Roman" w:cs="Times New Roman"/>
                <w:b/>
                <w:sz w:val="22"/>
              </w:rPr>
              <w:t>14</w:t>
            </w:r>
          </w:p>
        </w:tc>
        <w:tc>
          <w:tcPr>
            <w:tcW w:w="974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410E5" w:rsidRPr="00104F06" w:rsidRDefault="008634B3">
            <w:pPr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b/>
                <w:bCs/>
                <w:sz w:val="22"/>
                <w:cs/>
                <w:lang w:bidi="si-LK"/>
              </w:rPr>
              <w:t>පූර්ව</w:t>
            </w:r>
            <w:r w:rsidRPr="00104F06">
              <w:rPr>
                <w:rFonts w:ascii="Times New Roman" w:hAnsi="Times New Roman" w:cs="Times New Roman"/>
                <w:b/>
                <w:sz w:val="22"/>
              </w:rPr>
              <w:t xml:space="preserve"> EDB </w:t>
            </w:r>
            <w:r w:rsidRPr="00104F06">
              <w:rPr>
                <w:rFonts w:ascii="Nirmala UI" w:hAnsi="Nirmala UI" w:cs="Nirmala UI" w:hint="cs"/>
                <w:b/>
                <w:bCs/>
                <w:sz w:val="22"/>
                <w:cs/>
                <w:lang w:bidi="si-LK"/>
              </w:rPr>
              <w:t>වැඩසටහන්</w:t>
            </w:r>
            <w:r w:rsidRPr="00104F06">
              <w:rPr>
                <w:rFonts w:ascii="Times New Roman" w:hAnsi="Times New Roman" w:cs="Times New Roman"/>
                <w:b/>
                <w:sz w:val="22"/>
              </w:rPr>
              <w:t xml:space="preserve"> ▼</w:t>
            </w: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37"/>
              <w:gridCol w:w="2437"/>
              <w:gridCol w:w="2437"/>
              <w:gridCol w:w="2437"/>
            </w:tblGrid>
            <w:tr w:rsidR="008410E5" w:rsidRPr="00104F06">
              <w:trPr>
                <w:jc w:val="center"/>
              </w:trPr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634B3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Nirmala UI" w:hAnsi="Nirmala UI" w:cs="Nirmala UI" w:hint="cs"/>
                      <w:b/>
                      <w:bCs/>
                      <w:sz w:val="22"/>
                      <w:cs/>
                      <w:lang w:bidi="si-LK"/>
                    </w:rPr>
                    <w:t>වැඩසටහන</w:t>
                  </w:r>
                </w:p>
              </w:tc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634B3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Nirmala UI" w:hAnsi="Nirmala UI" w:cs="Nirmala UI" w:hint="cs"/>
                      <w:b/>
                      <w:bCs/>
                      <w:sz w:val="22"/>
                      <w:cs/>
                      <w:lang w:bidi="si-LK"/>
                    </w:rPr>
                    <w:t>වර්ෂය</w:t>
                  </w:r>
                </w:p>
              </w:tc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634B3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Nirmala UI" w:hAnsi="Nirmala UI" w:cs="Nirmala UI" w:hint="cs"/>
                      <w:b/>
                      <w:bCs/>
                      <w:sz w:val="22"/>
                      <w:cs/>
                      <w:lang w:bidi="si-LK"/>
                    </w:rPr>
                    <w:t>රට</w:t>
                  </w:r>
                </w:p>
              </w:tc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634B3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104F06">
                    <w:rPr>
                      <w:rFonts w:ascii="Nirmala UI" w:hAnsi="Nirmala UI" w:cs="Nirmala UI" w:hint="cs"/>
                      <w:b/>
                      <w:bCs/>
                      <w:sz w:val="22"/>
                      <w:cs/>
                      <w:lang w:bidi="si-LK"/>
                    </w:rPr>
                    <w:t>භූමිකාව</w:t>
                  </w:r>
                </w:p>
              </w:tc>
            </w:tr>
            <w:tr w:rsidR="008410E5" w:rsidRPr="00104F06">
              <w:trPr>
                <w:jc w:val="center"/>
              </w:trPr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410E5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410E5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410E5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410E5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</w:tr>
            <w:tr w:rsidR="008410E5" w:rsidRPr="00104F06">
              <w:trPr>
                <w:jc w:val="center"/>
              </w:trPr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410E5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410E5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410E5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2437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:rsidR="008410E5" w:rsidRPr="00104F06" w:rsidRDefault="008410E5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</w:tr>
          </w:tbl>
          <w:p w:rsidR="008410E5" w:rsidRPr="00104F06" w:rsidRDefault="008410E5">
            <w:pPr>
              <w:rPr>
                <w:rFonts w:ascii="Times New Roman" w:hAnsi="Times New Roman" w:cs="Times New Roman"/>
                <w:sz w:val="22"/>
              </w:rPr>
            </w:pPr>
          </w:p>
          <w:p w:rsidR="008410E5" w:rsidRPr="00104F06" w:rsidRDefault="00104F06">
            <w:pPr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ජාත්‍ය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න්තර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අත්දැකීම්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(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වෙළෙඳ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නියෝජිත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කණ්ඩායම්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සංචාර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/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ප්‍ර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දර්ශන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/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අධ්‍ය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යන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සංචාර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>) ►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br/>
              <w:t>__________________________________________________</w:t>
            </w:r>
          </w:p>
        </w:tc>
      </w:tr>
      <w:tr w:rsidR="008410E5" w:rsidRPr="00104F06">
        <w:trPr>
          <w:jc w:val="center"/>
        </w:trPr>
        <w:tc>
          <w:tcPr>
            <w:tcW w:w="7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410E5" w:rsidRPr="00104F06" w:rsidRDefault="008634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Times New Roman" w:hAnsi="Times New Roman" w:cs="Times New Roman"/>
                <w:b/>
                <w:sz w:val="22"/>
              </w:rPr>
              <w:t>15</w:t>
            </w:r>
          </w:p>
        </w:tc>
        <w:tc>
          <w:tcPr>
            <w:tcW w:w="974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410E5" w:rsidRPr="00104F06" w:rsidRDefault="008634B3" w:rsidP="0045353B">
            <w:pPr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මෙම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නිල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සංචාරයෙන්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අපේක්ෂා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කරන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104F06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ප්‍ර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ධාන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104F06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ප්‍ර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තිඵල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▼</w:t>
            </w:r>
            <w:r w:rsidRPr="00104F06">
              <w:rPr>
                <w:rFonts w:ascii="Times New Roman" w:hAnsi="Times New Roman" w:cs="Times New Roman"/>
                <w:sz w:val="22"/>
              </w:rPr>
              <w:br/>
              <w:t xml:space="preserve">1. </w:t>
            </w:r>
            <w:r w:rsidRPr="00104F06">
              <w:rPr>
                <w:rFonts w:ascii="Times New Roman" w:hAnsi="Times New Roman" w:cs="Times New Roman"/>
                <w:sz w:val="22"/>
              </w:rPr>
              <w:br/>
              <w:t xml:space="preserve">2. </w:t>
            </w:r>
            <w:r w:rsidRPr="00104F06">
              <w:rPr>
                <w:rFonts w:ascii="Times New Roman" w:hAnsi="Times New Roman" w:cs="Times New Roman"/>
                <w:sz w:val="22"/>
              </w:rPr>
              <w:br/>
              <w:t xml:space="preserve">3. </w:t>
            </w:r>
          </w:p>
        </w:tc>
      </w:tr>
      <w:tr w:rsidR="008410E5" w:rsidRPr="00104F06" w:rsidTr="008634B3">
        <w:trPr>
          <w:trHeight w:val="1640"/>
          <w:jc w:val="center"/>
        </w:trPr>
        <w:tc>
          <w:tcPr>
            <w:tcW w:w="7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410E5" w:rsidRPr="00104F06" w:rsidRDefault="008634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Times New Roman" w:hAnsi="Times New Roman" w:cs="Times New Roman"/>
                <w:b/>
                <w:sz w:val="22"/>
              </w:rPr>
              <w:lastRenderedPageBreak/>
              <w:t>17</w:t>
            </w:r>
          </w:p>
        </w:tc>
        <w:tc>
          <w:tcPr>
            <w:tcW w:w="974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5353B" w:rsidRDefault="008634B3" w:rsidP="0045353B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සහායක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ලේඛන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(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අදාළ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පරිදි</w:t>
            </w:r>
            <w:r w:rsidRPr="00104F06">
              <w:rPr>
                <w:rFonts w:ascii="Times New Roman" w:hAnsi="Times New Roman" w:cs="Times New Roman"/>
                <w:sz w:val="22"/>
              </w:rPr>
              <w:t>) ►</w:t>
            </w:r>
            <w:r w:rsidRPr="00104F06">
              <w:rPr>
                <w:rFonts w:ascii="Times New Roman" w:hAnsi="Times New Roman" w:cs="Times New Roman"/>
                <w:sz w:val="22"/>
              </w:rPr>
              <w:br/>
            </w:r>
            <w:r w:rsidR="0045353B">
              <w:rPr>
                <w:rFonts w:ascii="Nirmala UI" w:hAnsi="Nirmala UI" w:cs="Nirmala UI" w:hint="cs"/>
                <w:sz w:val="22"/>
                <w:cs/>
                <w:lang w:bidi="si-LK"/>
              </w:rPr>
              <w:t xml:space="preserve">  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සමාගම්</w:t>
            </w:r>
            <w:r w:rsidRPr="00104F06">
              <w:rPr>
                <w:rFonts w:ascii="Times New Roman" w:hAnsi="Times New Roman" w:cs="Times New Roman"/>
                <w:sz w:val="22"/>
              </w:rPr>
              <w:t>/</w:t>
            </w:r>
            <w:r w:rsidR="00104F06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ව්‍යා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පාරික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ලියාපදිංචි</w:t>
            </w:r>
            <w:r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සහතිකය</w:t>
            </w:r>
            <w:r w:rsidR="0045353B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45353B" w:rsidRDefault="0045353B" w:rsidP="0045353B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Nirmala UI" w:hAnsi="Nirmala UI" w:cs="Nirmala UI" w:hint="cs"/>
                <w:sz w:val="22"/>
                <w:cs/>
                <w:lang w:bidi="si-LK"/>
              </w:rPr>
              <w:t xml:space="preserve">  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සමාගම්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විස්තර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104F06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ප්‍ර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කාශය</w:t>
            </w:r>
            <w:r>
              <w:rPr>
                <w:rFonts w:ascii="Times New Roman" w:hAnsi="Times New Roman" w:cs="Times New Roman"/>
                <w:sz w:val="22"/>
              </w:rPr>
              <w:t xml:space="preserve"> (Company profile) </w:t>
            </w:r>
          </w:p>
          <w:p w:rsidR="0045353B" w:rsidRDefault="0045353B" w:rsidP="0045353B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Nirmala UI" w:hAnsi="Nirmala UI" w:cs="Nirmala UI" w:hint="cs"/>
                <w:sz w:val="22"/>
                <w:cs/>
                <w:lang w:bidi="si-LK"/>
              </w:rPr>
              <w:t xml:space="preserve">  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වත්මන්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මෙහෙයුම්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පිළිබඳ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විස්තර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45353B" w:rsidRDefault="0045353B" w:rsidP="0045353B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Nirmala UI" w:hAnsi="Nirmala UI" w:cs="Nirmala UI" w:hint="cs"/>
                <w:sz w:val="22"/>
                <w:cs/>
                <w:lang w:bidi="si-LK"/>
              </w:rPr>
              <w:t xml:space="preserve">  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නිෂ්පාදන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ධාරිතාව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පිළිබඳ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තොරතුරු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8410E5" w:rsidRPr="00104F06" w:rsidRDefault="0045353B" w:rsidP="0045353B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Nirmala UI" w:hAnsi="Nirmala UI" w:cs="Nirmala UI" w:hint="cs"/>
                <w:sz w:val="22"/>
                <w:cs/>
                <w:lang w:bidi="si-LK"/>
              </w:rPr>
              <w:t xml:space="preserve">  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අදාළ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634B3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>සහතික</w:t>
            </w:r>
            <w:r w:rsidR="008634B3" w:rsidRPr="00104F06">
              <w:rPr>
                <w:rFonts w:ascii="Times New Roman" w:hAnsi="Times New Roman" w:cs="Times New Roman"/>
                <w:sz w:val="22"/>
              </w:rPr>
              <w:t>/</w:t>
            </w:r>
            <w:r w:rsidR="00104F06" w:rsidRPr="00104F06">
              <w:rPr>
                <w:rFonts w:ascii="Nirmala UI" w:hAnsi="Nirmala UI" w:cs="Nirmala UI" w:hint="cs"/>
                <w:sz w:val="22"/>
                <w:cs/>
                <w:lang w:bidi="si-LK"/>
              </w:rPr>
              <w:t xml:space="preserve">සහතික පත්‍ර </w:t>
            </w:r>
          </w:p>
        </w:tc>
      </w:tr>
    </w:tbl>
    <w:p w:rsidR="008410E5" w:rsidRPr="00104F06" w:rsidRDefault="008410E5">
      <w:pPr>
        <w:spacing w:after="80"/>
        <w:rPr>
          <w:rFonts w:ascii="Times New Roman" w:hAnsi="Times New Roman" w:cs="Times New Roman"/>
          <w:sz w:val="22"/>
        </w:rPr>
      </w:pPr>
    </w:p>
    <w:p w:rsidR="008410E5" w:rsidRPr="00104F06" w:rsidRDefault="008634B3">
      <w:pPr>
        <w:rPr>
          <w:rFonts w:ascii="Times New Roman" w:hAnsi="Times New Roman" w:cs="Times New Roman"/>
          <w:sz w:val="22"/>
        </w:rPr>
      </w:pPr>
      <w:r w:rsidRPr="00104F06">
        <w:rPr>
          <w:rFonts w:ascii="Times New Roman" w:hAnsi="Times New Roman" w:cs="Times New Roman"/>
          <w:b/>
          <w:sz w:val="22"/>
        </w:rPr>
        <w:t>18</w:t>
      </w:r>
    </w:p>
    <w:p w:rsidR="008410E5" w:rsidRPr="00104F06" w:rsidRDefault="008634B3">
      <w:pPr>
        <w:jc w:val="both"/>
        <w:rPr>
          <w:rFonts w:ascii="Times New Roman" w:hAnsi="Times New Roman" w:cs="Times New Roman"/>
          <w:sz w:val="22"/>
        </w:rPr>
      </w:pPr>
      <w:r w:rsidRPr="00104F06">
        <w:rPr>
          <w:rFonts w:ascii="Nirmala UI" w:hAnsi="Nirmala UI" w:cs="Nirmala UI" w:hint="cs"/>
          <w:sz w:val="22"/>
          <w:cs/>
          <w:lang w:bidi="si-LK"/>
        </w:rPr>
        <w:t>ඉහත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දක්වා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ඇති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තොරතුරු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="00104F06" w:rsidRPr="00104F06">
        <w:rPr>
          <w:rFonts w:ascii="Nirmala UI" w:hAnsi="Nirmala UI" w:cs="Nirmala UI" w:hint="cs"/>
          <w:sz w:val="22"/>
          <w:cs/>
          <w:lang w:bidi="si-LK"/>
        </w:rPr>
        <w:t>සත්‍ය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සහ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නිවැරදි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බවට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මම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මෙයින්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සහතික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කරමි</w:t>
      </w:r>
      <w:r w:rsidRPr="00104F06">
        <w:rPr>
          <w:rFonts w:ascii="Times New Roman" w:hAnsi="Times New Roman" w:cs="Times New Roman"/>
          <w:sz w:val="22"/>
        </w:rPr>
        <w:t xml:space="preserve">. </w:t>
      </w:r>
      <w:r w:rsidRPr="00104F06">
        <w:rPr>
          <w:rFonts w:ascii="Nirmala UI" w:hAnsi="Nirmala UI" w:cs="Nirmala UI" w:hint="cs"/>
          <w:sz w:val="22"/>
          <w:cs/>
          <w:lang w:bidi="si-LK"/>
        </w:rPr>
        <w:t>මෙම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අයදුම්පත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ඉදිරිපත්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කිරීම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මගින්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නිල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සංචාරය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සඳහා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තේරී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පත්වීම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සහතික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නොවන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බව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මම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වටහා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ගනිමි</w:t>
      </w:r>
      <w:r w:rsidRPr="00104F06">
        <w:rPr>
          <w:rFonts w:ascii="Times New Roman" w:hAnsi="Times New Roman" w:cs="Times New Roman"/>
          <w:sz w:val="22"/>
        </w:rPr>
        <w:t xml:space="preserve">. </w:t>
      </w:r>
      <w:r w:rsidRPr="00104F06">
        <w:rPr>
          <w:rFonts w:ascii="Nirmala UI" w:hAnsi="Nirmala UI" w:cs="Nirmala UI" w:hint="cs"/>
          <w:sz w:val="22"/>
          <w:cs/>
          <w:lang w:bidi="si-LK"/>
        </w:rPr>
        <w:t>තේරී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පත්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වුවහොත්</w:t>
      </w:r>
      <w:r w:rsidRPr="00104F06">
        <w:rPr>
          <w:rFonts w:ascii="Times New Roman" w:hAnsi="Times New Roman" w:cs="Times New Roman"/>
          <w:sz w:val="22"/>
        </w:rPr>
        <w:t xml:space="preserve">, </w:t>
      </w:r>
      <w:r w:rsidR="00104F06" w:rsidRPr="00104F06">
        <w:rPr>
          <w:rFonts w:ascii="Nirmala UI" w:hAnsi="Nirmala UI" w:cs="Nirmala UI" w:hint="cs"/>
          <w:sz w:val="22"/>
          <w:cs/>
          <w:lang w:bidi="si-LK"/>
        </w:rPr>
        <w:t>සක්‍රී</w:t>
      </w:r>
      <w:r w:rsidRPr="00104F06">
        <w:rPr>
          <w:rFonts w:ascii="Nirmala UI" w:hAnsi="Nirmala UI" w:cs="Nirmala UI" w:hint="cs"/>
          <w:sz w:val="22"/>
          <w:cs/>
          <w:lang w:bidi="si-LK"/>
        </w:rPr>
        <w:t>යව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සහභාගී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වීමටත්</w:t>
      </w:r>
      <w:r w:rsidRPr="00104F06">
        <w:rPr>
          <w:rFonts w:ascii="Times New Roman" w:hAnsi="Times New Roman" w:cs="Times New Roman"/>
          <w:sz w:val="22"/>
        </w:rPr>
        <w:t xml:space="preserve">, </w:t>
      </w:r>
      <w:r w:rsidRPr="00104F06">
        <w:rPr>
          <w:rFonts w:ascii="Nirmala UI" w:hAnsi="Nirmala UI" w:cs="Nirmala UI" w:hint="cs"/>
          <w:sz w:val="22"/>
          <w:cs/>
          <w:lang w:bidi="si-LK"/>
        </w:rPr>
        <w:t>හඳුනාගත්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දැනුම</w:t>
      </w:r>
      <w:r w:rsidRPr="00104F06">
        <w:rPr>
          <w:rFonts w:ascii="Times New Roman" w:hAnsi="Times New Roman" w:cs="Times New Roman"/>
          <w:sz w:val="22"/>
        </w:rPr>
        <w:t xml:space="preserve">, </w:t>
      </w:r>
      <w:r w:rsidRPr="00104F06">
        <w:rPr>
          <w:rFonts w:ascii="Nirmala UI" w:hAnsi="Nirmala UI" w:cs="Nirmala UI" w:hint="cs"/>
          <w:sz w:val="22"/>
          <w:cs/>
          <w:lang w:bidi="si-LK"/>
        </w:rPr>
        <w:t>තාක්ෂණයන්</w:t>
      </w:r>
      <w:r w:rsidRPr="00104F06">
        <w:rPr>
          <w:rFonts w:ascii="Times New Roman" w:hAnsi="Times New Roman" w:cs="Times New Roman"/>
          <w:sz w:val="22"/>
        </w:rPr>
        <w:t xml:space="preserve">, </w:t>
      </w:r>
      <w:r w:rsidRPr="00104F06">
        <w:rPr>
          <w:rFonts w:ascii="Nirmala UI" w:hAnsi="Nirmala UI" w:cs="Nirmala UI" w:hint="cs"/>
          <w:sz w:val="22"/>
          <w:cs/>
          <w:lang w:bidi="si-LK"/>
        </w:rPr>
        <w:t>හවුල්කාරිත්වයන්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සහ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="00104F06" w:rsidRPr="00104F06">
        <w:rPr>
          <w:rFonts w:ascii="Nirmala UI" w:hAnsi="Nirmala UI" w:cs="Nirmala UI" w:hint="cs"/>
          <w:sz w:val="22"/>
          <w:cs/>
          <w:lang w:bidi="si-LK"/>
        </w:rPr>
        <w:t>ව්‍යා</w:t>
      </w:r>
      <w:r w:rsidRPr="00104F06">
        <w:rPr>
          <w:rFonts w:ascii="Nirmala UI" w:hAnsi="Nirmala UI" w:cs="Nirmala UI" w:hint="cs"/>
          <w:sz w:val="22"/>
          <w:cs/>
          <w:lang w:bidi="si-LK"/>
        </w:rPr>
        <w:t>පාරික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අවස්ථා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="00104F06" w:rsidRPr="00104F06">
        <w:rPr>
          <w:rFonts w:ascii="Nirmala UI" w:hAnsi="Nirmala UI" w:cs="Nirmala UI" w:hint="cs"/>
          <w:sz w:val="22"/>
          <w:cs/>
          <w:lang w:bidi="si-LK"/>
        </w:rPr>
        <w:t>ක්‍රී</w:t>
      </w:r>
      <w:r w:rsidRPr="00104F06">
        <w:rPr>
          <w:rFonts w:ascii="Nirmala UI" w:hAnsi="Nirmala UI" w:cs="Nirmala UI" w:hint="cs"/>
          <w:sz w:val="22"/>
          <w:cs/>
          <w:lang w:bidi="si-LK"/>
        </w:rPr>
        <w:t>යාත්මක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කිරීමට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සාධාරණ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උත්සාහයක්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ගැනීමටත්</w:t>
      </w:r>
      <w:r w:rsidRPr="00104F06">
        <w:rPr>
          <w:rFonts w:ascii="Times New Roman" w:hAnsi="Times New Roman" w:cs="Times New Roman"/>
          <w:sz w:val="22"/>
        </w:rPr>
        <w:t xml:space="preserve">, </w:t>
      </w:r>
      <w:r w:rsidR="00104F06" w:rsidRPr="00104F06">
        <w:rPr>
          <w:rFonts w:ascii="Nirmala UI" w:hAnsi="Nirmala UI" w:cs="Nirmala UI" w:hint="cs"/>
          <w:sz w:val="22"/>
          <w:cs/>
          <w:lang w:bidi="si-LK"/>
        </w:rPr>
        <w:t>ශ්‍රී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ලංකා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අපනයන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සංවර්ධන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මණ්ඩලය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ඉල්ලා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සිටින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පරිදි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එහි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="00104F06" w:rsidRPr="00104F06">
        <w:rPr>
          <w:rFonts w:ascii="Nirmala UI" w:hAnsi="Nirmala UI" w:cs="Nirmala UI" w:hint="cs"/>
          <w:sz w:val="22"/>
          <w:cs/>
          <w:lang w:bidi="si-LK"/>
        </w:rPr>
        <w:t>ප්‍ර</w:t>
      </w:r>
      <w:r w:rsidRPr="00104F06">
        <w:rPr>
          <w:rFonts w:ascii="Nirmala UI" w:hAnsi="Nirmala UI" w:cs="Nirmala UI" w:hint="cs"/>
          <w:sz w:val="22"/>
          <w:cs/>
          <w:lang w:bidi="si-LK"/>
        </w:rPr>
        <w:t>තිඵල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="00104F06" w:rsidRPr="00104F06">
        <w:rPr>
          <w:rFonts w:ascii="Nirmala UI" w:hAnsi="Nirmala UI" w:cs="Nirmala UI" w:hint="cs"/>
          <w:sz w:val="22"/>
          <w:cs/>
          <w:lang w:bidi="si-LK"/>
        </w:rPr>
        <w:t>ශ්‍රී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ලාංකේය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ජලජීවී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වගා</w:t>
      </w:r>
      <w:r w:rsidRPr="00104F06">
        <w:rPr>
          <w:rFonts w:ascii="Times New Roman" w:hAnsi="Times New Roman" w:cs="Times New Roman"/>
          <w:sz w:val="22"/>
        </w:rPr>
        <w:t>/</w:t>
      </w:r>
      <w:r w:rsidRPr="00104F06">
        <w:rPr>
          <w:rFonts w:ascii="Nirmala UI" w:hAnsi="Nirmala UI" w:cs="Nirmala UI" w:hint="cs"/>
          <w:sz w:val="22"/>
          <w:cs/>
          <w:lang w:bidi="si-LK"/>
        </w:rPr>
        <w:t>ධීවර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="00104F06" w:rsidRPr="00104F06">
        <w:rPr>
          <w:rFonts w:ascii="Nirmala UI" w:hAnsi="Nirmala UI" w:cs="Nirmala UI" w:hint="cs"/>
          <w:sz w:val="22"/>
          <w:cs/>
          <w:lang w:bidi="si-LK"/>
        </w:rPr>
        <w:t>ක්ෂේත්‍ර</w:t>
      </w:r>
      <w:r w:rsidRPr="00104F06">
        <w:rPr>
          <w:rFonts w:ascii="Nirmala UI" w:hAnsi="Nirmala UI" w:cs="Nirmala UI" w:hint="cs"/>
          <w:sz w:val="22"/>
          <w:cs/>
          <w:lang w:bidi="si-LK"/>
        </w:rPr>
        <w:t>ය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සමඟ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බෙදා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ගැනීමටත්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මම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එකඟ</w:t>
      </w:r>
      <w:r w:rsidRPr="00104F06">
        <w:rPr>
          <w:rFonts w:ascii="Times New Roman" w:hAnsi="Times New Roman" w:cs="Times New Roman"/>
          <w:sz w:val="22"/>
        </w:rPr>
        <w:t xml:space="preserve"> </w:t>
      </w:r>
      <w:r w:rsidRPr="00104F06">
        <w:rPr>
          <w:rFonts w:ascii="Nirmala UI" w:hAnsi="Nirmala UI" w:cs="Nirmala UI" w:hint="cs"/>
          <w:sz w:val="22"/>
          <w:cs/>
          <w:lang w:bidi="si-LK"/>
        </w:rPr>
        <w:t>වෙමි</w:t>
      </w:r>
      <w:r w:rsidRPr="00104F06">
        <w:rPr>
          <w:rFonts w:ascii="Times New Roman" w:hAnsi="Times New Roman" w:cs="Times New Roman"/>
          <w:sz w:val="22"/>
        </w:rPr>
        <w:t>.</w:t>
      </w:r>
    </w:p>
    <w:p w:rsidR="008410E5" w:rsidRPr="00104F06" w:rsidRDefault="008634B3">
      <w:pPr>
        <w:rPr>
          <w:rFonts w:ascii="Times New Roman" w:hAnsi="Times New Roman" w:cs="Times New Roman"/>
          <w:sz w:val="22"/>
        </w:rPr>
      </w:pPr>
      <w:r w:rsidRPr="00104F06">
        <w:rPr>
          <w:rFonts w:ascii="Nirmala UI" w:hAnsi="Nirmala UI" w:cs="Nirmala UI" w:hint="cs"/>
          <w:sz w:val="22"/>
          <w:cs/>
          <w:lang w:bidi="si-LK"/>
        </w:rPr>
        <w:t>නම</w:t>
      </w:r>
      <w:r w:rsidRPr="00104F06">
        <w:rPr>
          <w:rFonts w:ascii="Times New Roman" w:hAnsi="Times New Roman" w:cs="Times New Roman"/>
          <w:sz w:val="22"/>
        </w:rPr>
        <w:t xml:space="preserve"> ► ___________________________________   </w:t>
      </w:r>
      <w:r w:rsidRPr="00104F06">
        <w:rPr>
          <w:rFonts w:ascii="Nirmala UI" w:hAnsi="Nirmala UI" w:cs="Nirmala UI" w:hint="cs"/>
          <w:sz w:val="22"/>
          <w:cs/>
          <w:lang w:bidi="si-LK"/>
        </w:rPr>
        <w:t>තනතුර</w:t>
      </w:r>
      <w:r w:rsidRPr="00104F06">
        <w:rPr>
          <w:rFonts w:ascii="Times New Roman" w:hAnsi="Times New Roman" w:cs="Times New Roman"/>
          <w:sz w:val="22"/>
        </w:rPr>
        <w:t xml:space="preserve"> ► _________________________</w:t>
      </w:r>
      <w:r w:rsidRPr="00104F06">
        <w:rPr>
          <w:rFonts w:ascii="Times New Roman" w:hAnsi="Times New Roman" w:cs="Times New Roman"/>
          <w:sz w:val="22"/>
        </w:rPr>
        <w:br/>
      </w:r>
      <w:r w:rsidRPr="00104F06">
        <w:rPr>
          <w:rFonts w:ascii="Times New Roman" w:hAnsi="Times New Roman" w:cs="Times New Roman"/>
          <w:sz w:val="22"/>
        </w:rPr>
        <w:br/>
      </w:r>
      <w:r w:rsidRPr="00104F06">
        <w:rPr>
          <w:rFonts w:ascii="Nirmala UI" w:hAnsi="Nirmala UI" w:cs="Nirmala UI" w:hint="cs"/>
          <w:sz w:val="22"/>
          <w:cs/>
          <w:lang w:bidi="si-LK"/>
        </w:rPr>
        <w:t>සමාගම</w:t>
      </w:r>
      <w:r w:rsidRPr="00104F06">
        <w:rPr>
          <w:rFonts w:ascii="Times New Roman" w:hAnsi="Times New Roman" w:cs="Times New Roman"/>
          <w:sz w:val="22"/>
        </w:rPr>
        <w:t xml:space="preserve"> ► ___________________________________   </w:t>
      </w:r>
      <w:r w:rsidRPr="00104F06">
        <w:rPr>
          <w:rFonts w:ascii="Nirmala UI" w:hAnsi="Nirmala UI" w:cs="Nirmala UI" w:hint="cs"/>
          <w:sz w:val="22"/>
          <w:cs/>
          <w:lang w:bidi="si-LK"/>
        </w:rPr>
        <w:t>අත්සන</w:t>
      </w:r>
      <w:r w:rsidRPr="00104F06">
        <w:rPr>
          <w:rFonts w:ascii="Times New Roman" w:hAnsi="Times New Roman" w:cs="Times New Roman"/>
          <w:sz w:val="22"/>
        </w:rPr>
        <w:t xml:space="preserve"> ► ____________________</w:t>
      </w:r>
      <w:r w:rsidRPr="00104F06">
        <w:rPr>
          <w:rFonts w:ascii="Times New Roman" w:hAnsi="Times New Roman" w:cs="Times New Roman"/>
          <w:sz w:val="22"/>
        </w:rPr>
        <w:br/>
      </w:r>
      <w:r w:rsidRPr="00104F06">
        <w:rPr>
          <w:rFonts w:ascii="Times New Roman" w:hAnsi="Times New Roman" w:cs="Times New Roman"/>
          <w:sz w:val="22"/>
        </w:rPr>
        <w:br/>
      </w:r>
      <w:r w:rsidRPr="00104F06">
        <w:rPr>
          <w:rFonts w:ascii="Nirmala UI" w:hAnsi="Nirmala UI" w:cs="Nirmala UI" w:hint="cs"/>
          <w:sz w:val="22"/>
          <w:cs/>
          <w:lang w:bidi="si-LK"/>
        </w:rPr>
        <w:t>දිනය</w:t>
      </w:r>
      <w:r w:rsidRPr="00104F06">
        <w:rPr>
          <w:rFonts w:ascii="Times New Roman" w:hAnsi="Times New Roman" w:cs="Times New Roman"/>
          <w:sz w:val="22"/>
        </w:rPr>
        <w:t xml:space="preserve"> ► _________________________</w:t>
      </w:r>
    </w:p>
    <w:p w:rsidR="008410E5" w:rsidRPr="00104F06" w:rsidRDefault="008634B3">
      <w:pPr>
        <w:spacing w:before="120"/>
        <w:rPr>
          <w:rFonts w:ascii="Times New Roman" w:hAnsi="Times New Roman" w:cs="Times New Roman"/>
          <w:sz w:val="22"/>
        </w:rPr>
      </w:pP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සටහන</w:t>
      </w:r>
      <w:r w:rsidRPr="00104F06">
        <w:rPr>
          <w:rFonts w:ascii="Times New Roman" w:hAnsi="Times New Roman" w:cs="Times New Roman"/>
          <w:i/>
          <w:sz w:val="22"/>
        </w:rPr>
        <w:t xml:space="preserve">: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කරුණාකර</w:t>
      </w:r>
      <w:r w:rsidRPr="00104F06">
        <w:rPr>
          <w:rFonts w:ascii="Times New Roman" w:hAnsi="Times New Roman" w:cs="Times New Roman"/>
          <w:i/>
          <w:sz w:val="22"/>
        </w:rPr>
        <w:t xml:space="preserve">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නිසි</w:t>
      </w:r>
      <w:r w:rsidRPr="00104F06">
        <w:rPr>
          <w:rFonts w:ascii="Times New Roman" w:hAnsi="Times New Roman" w:cs="Times New Roman"/>
          <w:i/>
          <w:sz w:val="22"/>
        </w:rPr>
        <w:t xml:space="preserve">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පරිදි</w:t>
      </w:r>
      <w:r w:rsidRPr="00104F06">
        <w:rPr>
          <w:rFonts w:ascii="Times New Roman" w:hAnsi="Times New Roman" w:cs="Times New Roman"/>
          <w:i/>
          <w:sz w:val="22"/>
        </w:rPr>
        <w:t xml:space="preserve">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සම්පූර්ණ</w:t>
      </w:r>
      <w:r w:rsidRPr="00104F06">
        <w:rPr>
          <w:rFonts w:ascii="Times New Roman" w:hAnsi="Times New Roman" w:cs="Times New Roman"/>
          <w:i/>
          <w:sz w:val="22"/>
        </w:rPr>
        <w:t xml:space="preserve">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කරන</w:t>
      </w:r>
      <w:r w:rsidRPr="00104F06">
        <w:rPr>
          <w:rFonts w:ascii="Times New Roman" w:hAnsi="Times New Roman" w:cs="Times New Roman"/>
          <w:i/>
          <w:sz w:val="22"/>
        </w:rPr>
        <w:t xml:space="preserve">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ලද</w:t>
      </w:r>
      <w:r w:rsidRPr="00104F06">
        <w:rPr>
          <w:rFonts w:ascii="Times New Roman" w:hAnsi="Times New Roman" w:cs="Times New Roman"/>
          <w:i/>
          <w:sz w:val="22"/>
        </w:rPr>
        <w:t xml:space="preserve">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අයදුම්පත</w:t>
      </w:r>
      <w:r w:rsidRPr="00104F06">
        <w:rPr>
          <w:rFonts w:ascii="Times New Roman" w:hAnsi="Times New Roman" w:cs="Times New Roman"/>
          <w:i/>
          <w:sz w:val="22"/>
        </w:rPr>
        <w:t xml:space="preserve">, </w:t>
      </w:r>
      <w:r w:rsidR="0045353B">
        <w:rPr>
          <w:rFonts w:ascii="Nirmala UI" w:hAnsi="Nirmala UI" w:cs="Nirmala UI" w:hint="cs"/>
          <w:i/>
          <w:iCs/>
          <w:sz w:val="22"/>
          <w:cs/>
          <w:lang w:bidi="si-LK"/>
        </w:rPr>
        <w:t>අධ්‍ය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ක්ෂ</w:t>
      </w:r>
      <w:r w:rsidRPr="00104F06">
        <w:rPr>
          <w:rFonts w:ascii="Times New Roman" w:hAnsi="Times New Roman" w:cs="Times New Roman"/>
          <w:i/>
          <w:sz w:val="22"/>
        </w:rPr>
        <w:t xml:space="preserve"> /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අපනයන</w:t>
      </w:r>
      <w:r w:rsidRPr="00104F06">
        <w:rPr>
          <w:rFonts w:ascii="Times New Roman" w:hAnsi="Times New Roman" w:cs="Times New Roman"/>
          <w:i/>
          <w:sz w:val="22"/>
        </w:rPr>
        <w:t xml:space="preserve">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කෘෂිකර්ම</w:t>
      </w:r>
      <w:r w:rsidRPr="00104F06">
        <w:rPr>
          <w:rFonts w:ascii="Times New Roman" w:hAnsi="Times New Roman" w:cs="Times New Roman"/>
          <w:i/>
          <w:sz w:val="22"/>
        </w:rPr>
        <w:t xml:space="preserve">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අංශය</w:t>
      </w:r>
      <w:r w:rsidRPr="00104F06">
        <w:rPr>
          <w:rFonts w:ascii="Times New Roman" w:hAnsi="Times New Roman" w:cs="Times New Roman"/>
          <w:i/>
          <w:sz w:val="22"/>
        </w:rPr>
        <w:t xml:space="preserve">, NDB/EDB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කුළුණ</w:t>
      </w:r>
      <w:r w:rsidRPr="00104F06">
        <w:rPr>
          <w:rFonts w:ascii="Times New Roman" w:hAnsi="Times New Roman" w:cs="Times New Roman"/>
          <w:i/>
          <w:sz w:val="22"/>
        </w:rPr>
        <w:t xml:space="preserve">,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අංක</w:t>
      </w:r>
      <w:r w:rsidRPr="00104F06">
        <w:rPr>
          <w:rFonts w:ascii="Times New Roman" w:hAnsi="Times New Roman" w:cs="Times New Roman"/>
          <w:i/>
          <w:sz w:val="22"/>
        </w:rPr>
        <w:t xml:space="preserve"> 42,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නවාම්</w:t>
      </w:r>
      <w:r w:rsidRPr="00104F06">
        <w:rPr>
          <w:rFonts w:ascii="Times New Roman" w:hAnsi="Times New Roman" w:cs="Times New Roman"/>
          <w:i/>
          <w:sz w:val="22"/>
        </w:rPr>
        <w:t xml:space="preserve">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මාවත</w:t>
      </w:r>
      <w:r w:rsidRPr="00104F06">
        <w:rPr>
          <w:rFonts w:ascii="Times New Roman" w:hAnsi="Times New Roman" w:cs="Times New Roman"/>
          <w:i/>
          <w:sz w:val="22"/>
        </w:rPr>
        <w:t xml:space="preserve">,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කොළඹ</w:t>
      </w:r>
      <w:r w:rsidRPr="00104F06">
        <w:rPr>
          <w:rFonts w:ascii="Times New Roman" w:hAnsi="Times New Roman" w:cs="Times New Roman"/>
          <w:i/>
          <w:sz w:val="22"/>
        </w:rPr>
        <w:t xml:space="preserve"> 02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යන</w:t>
      </w:r>
      <w:r w:rsidRPr="00104F06">
        <w:rPr>
          <w:rFonts w:ascii="Times New Roman" w:hAnsi="Times New Roman" w:cs="Times New Roman"/>
          <w:i/>
          <w:sz w:val="22"/>
        </w:rPr>
        <w:t xml:space="preserve">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ලිපිනයට</w:t>
      </w:r>
      <w:r w:rsidRPr="00104F06">
        <w:rPr>
          <w:rFonts w:ascii="Times New Roman" w:hAnsi="Times New Roman" w:cs="Times New Roman"/>
          <w:i/>
          <w:sz w:val="22"/>
        </w:rPr>
        <w:t xml:space="preserve"> 2026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සැප්තැම්බර්</w:t>
      </w:r>
      <w:r w:rsidRPr="00104F06">
        <w:rPr>
          <w:rFonts w:ascii="Times New Roman" w:hAnsi="Times New Roman" w:cs="Times New Roman"/>
          <w:i/>
          <w:sz w:val="22"/>
        </w:rPr>
        <w:t xml:space="preserve"> 10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වන</w:t>
      </w:r>
      <w:r w:rsidRPr="00104F06">
        <w:rPr>
          <w:rFonts w:ascii="Times New Roman" w:hAnsi="Times New Roman" w:cs="Times New Roman"/>
          <w:i/>
          <w:sz w:val="22"/>
        </w:rPr>
        <w:t xml:space="preserve">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දිනට</w:t>
      </w:r>
      <w:r w:rsidRPr="00104F06">
        <w:rPr>
          <w:rFonts w:ascii="Times New Roman" w:hAnsi="Times New Roman" w:cs="Times New Roman"/>
          <w:i/>
          <w:sz w:val="22"/>
        </w:rPr>
        <w:t xml:space="preserve">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හෝ</w:t>
      </w:r>
      <w:r w:rsidRPr="00104F06">
        <w:rPr>
          <w:rFonts w:ascii="Times New Roman" w:hAnsi="Times New Roman" w:cs="Times New Roman"/>
          <w:i/>
          <w:sz w:val="22"/>
        </w:rPr>
        <w:t xml:space="preserve">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ඊට</w:t>
      </w:r>
      <w:r w:rsidRPr="00104F06">
        <w:rPr>
          <w:rFonts w:ascii="Times New Roman" w:hAnsi="Times New Roman" w:cs="Times New Roman"/>
          <w:i/>
          <w:sz w:val="22"/>
        </w:rPr>
        <w:t xml:space="preserve">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පෙර</w:t>
      </w:r>
      <w:r w:rsidRPr="00104F06">
        <w:rPr>
          <w:rFonts w:ascii="Times New Roman" w:hAnsi="Times New Roman" w:cs="Times New Roman"/>
          <w:i/>
          <w:sz w:val="22"/>
        </w:rPr>
        <w:t xml:space="preserve">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ලැබෙන</w:t>
      </w:r>
      <w:r w:rsidRPr="00104F06">
        <w:rPr>
          <w:rFonts w:ascii="Times New Roman" w:hAnsi="Times New Roman" w:cs="Times New Roman"/>
          <w:i/>
          <w:sz w:val="22"/>
        </w:rPr>
        <w:t xml:space="preserve">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සේ</w:t>
      </w:r>
      <w:r w:rsidRPr="00104F06">
        <w:rPr>
          <w:rFonts w:ascii="Times New Roman" w:hAnsi="Times New Roman" w:cs="Times New Roman"/>
          <w:i/>
          <w:sz w:val="22"/>
        </w:rPr>
        <w:t xml:space="preserve">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යොමු</w:t>
      </w:r>
      <w:r w:rsidRPr="00104F06">
        <w:rPr>
          <w:rFonts w:ascii="Times New Roman" w:hAnsi="Times New Roman" w:cs="Times New Roman"/>
          <w:i/>
          <w:sz w:val="22"/>
        </w:rPr>
        <w:t xml:space="preserve">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කරන්න</w:t>
      </w:r>
      <w:r w:rsidRPr="00104F06">
        <w:rPr>
          <w:rFonts w:ascii="Times New Roman" w:hAnsi="Times New Roman" w:cs="Times New Roman"/>
          <w:i/>
          <w:sz w:val="22"/>
        </w:rPr>
        <w:t>. (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විද්</w:t>
      </w:r>
      <w:r w:rsidRPr="00104F06">
        <w:rPr>
          <w:rFonts w:ascii="Times New Roman" w:hAnsi="Times New Roman" w:cs="Times New Roman"/>
          <w:i/>
          <w:sz w:val="22"/>
        </w:rPr>
        <w:t>‍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යුත්</w:t>
      </w:r>
      <w:r w:rsidRPr="00104F06">
        <w:rPr>
          <w:rFonts w:ascii="Times New Roman" w:hAnsi="Times New Roman" w:cs="Times New Roman"/>
          <w:i/>
          <w:sz w:val="22"/>
        </w:rPr>
        <w:t xml:space="preserve">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තැපෑල</w:t>
      </w:r>
      <w:r w:rsidRPr="00104F06">
        <w:rPr>
          <w:rFonts w:ascii="Times New Roman" w:hAnsi="Times New Roman" w:cs="Times New Roman"/>
          <w:i/>
          <w:sz w:val="22"/>
        </w:rPr>
        <w:t xml:space="preserve">: yamuna@edb.gov.lk,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දුරකථන</w:t>
      </w:r>
      <w:r w:rsidRPr="00104F06">
        <w:rPr>
          <w:rFonts w:ascii="Times New Roman" w:hAnsi="Times New Roman" w:cs="Times New Roman"/>
          <w:i/>
          <w:sz w:val="22"/>
        </w:rPr>
        <w:t xml:space="preserve">: 0112300732 / 0112300705-11, </w:t>
      </w:r>
      <w:r w:rsidR="0045353B">
        <w:rPr>
          <w:rFonts w:ascii="Nirmala UI" w:hAnsi="Nirmala UI" w:cs="Nirmala UI" w:hint="cs"/>
          <w:i/>
          <w:iCs/>
          <w:sz w:val="22"/>
          <w:cs/>
          <w:lang w:bidi="si-LK"/>
        </w:rPr>
        <w:t>අභ්‍ය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න්තර</w:t>
      </w:r>
      <w:r w:rsidRPr="00104F06">
        <w:rPr>
          <w:rFonts w:ascii="Times New Roman" w:hAnsi="Times New Roman" w:cs="Times New Roman"/>
          <w:i/>
          <w:sz w:val="22"/>
        </w:rPr>
        <w:t xml:space="preserve"> </w:t>
      </w:r>
      <w:r w:rsidRPr="00104F06">
        <w:rPr>
          <w:rFonts w:ascii="Nirmala UI" w:hAnsi="Nirmala UI" w:cs="Nirmala UI" w:hint="cs"/>
          <w:i/>
          <w:iCs/>
          <w:sz w:val="22"/>
          <w:cs/>
          <w:lang w:bidi="si-LK"/>
        </w:rPr>
        <w:t>අංක</w:t>
      </w:r>
      <w:r w:rsidRPr="00104F06">
        <w:rPr>
          <w:rFonts w:ascii="Times New Roman" w:hAnsi="Times New Roman" w:cs="Times New Roman"/>
          <w:i/>
          <w:sz w:val="22"/>
        </w:rPr>
        <w:t>: 388)</w:t>
      </w:r>
    </w:p>
    <w:sectPr w:rsidR="008410E5" w:rsidRPr="00104F06" w:rsidSect="0045353B">
      <w:pgSz w:w="11909" w:h="16834"/>
      <w:pgMar w:top="63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Iskoola Pot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E4681"/>
    <w:rsid w:val="00104F06"/>
    <w:rsid w:val="0015074B"/>
    <w:rsid w:val="0029639D"/>
    <w:rsid w:val="00326F90"/>
    <w:rsid w:val="00404921"/>
    <w:rsid w:val="0045353B"/>
    <w:rsid w:val="00813351"/>
    <w:rsid w:val="008410E5"/>
    <w:rsid w:val="008634B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E14C68F1-0C7D-4D3C-BB25-4C1CC6BC4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Calibri" w:hAnsi="Calibri"/>
      <w:color w:val="000000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04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F0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850594-8296-4EF7-A52F-4DB2EDC31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4593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Yamuna</cp:lastModifiedBy>
  <cp:revision>2</cp:revision>
  <cp:lastPrinted>2026-08-24T04:12:00Z</cp:lastPrinted>
  <dcterms:created xsi:type="dcterms:W3CDTF">2026-08-24T04:17:00Z</dcterms:created>
  <dcterms:modified xsi:type="dcterms:W3CDTF">2026-08-24T04:17:00Z</dcterms:modified>
  <cp:category/>
</cp:coreProperties>
</file>